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A23A6" w14:textId="77777777" w:rsidR="00A472DB" w:rsidRDefault="00000000">
      <w:r>
        <w:rPr>
          <w:b/>
          <w:sz w:val="26"/>
        </w:rPr>
        <w:t>OBRAZAC 8.</w:t>
      </w:r>
    </w:p>
    <w:p w14:paraId="7D966D52" w14:textId="77777777" w:rsidR="00A472DB" w:rsidRDefault="00000000">
      <w:pPr>
        <w:jc w:val="center"/>
      </w:pPr>
      <w:r>
        <w:rPr>
          <w:b/>
          <w:sz w:val="30"/>
        </w:rPr>
        <w:t>POPIS DOKUMENTACIJE KOJA SE DOSTAVLJA UZ PRIJAVU</w:t>
      </w:r>
    </w:p>
    <w:p w14:paraId="0EECD0B6" w14:textId="77777777" w:rsidR="00A472DB" w:rsidRDefault="00000000">
      <w:pPr>
        <w:jc w:val="center"/>
      </w:pPr>
      <w:r>
        <w:rPr>
          <w:b/>
        </w:rPr>
        <w:t>po Javnom pozivu za dodjelu bespovratnih potpora za razvoj turističkih</w:t>
      </w:r>
      <w:r>
        <w:rPr>
          <w:b/>
        </w:rPr>
        <w:br/>
        <w:t>smještajnih kapaciteta u postojećim objektima na području Grada Bjelovara</w:t>
      </w:r>
    </w:p>
    <w:p w14:paraId="2E0F9B94" w14:textId="77777777" w:rsidR="00A472DB" w:rsidRDefault="00000000">
      <w:pPr>
        <w:spacing w:before="140" w:after="60"/>
      </w:pPr>
      <w:r>
        <w:rPr>
          <w:b/>
          <w:color w:val="366991"/>
          <w:sz w:val="21"/>
        </w:rPr>
        <w:t>1. PODACI O PRIJAVITELJU I PROJEKTU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151"/>
        <w:gridCol w:w="5151"/>
      </w:tblGrid>
      <w:tr w:rsidR="00A472DB" w14:paraId="7FCCDC3B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27D03EDB" w14:textId="77777777" w:rsidR="00A472DB" w:rsidRDefault="00000000">
            <w:r>
              <w:rPr>
                <w:b/>
                <w:sz w:val="17"/>
              </w:rPr>
              <w:t>Ime i prezime / naziv prijavitelja</w:t>
            </w:r>
          </w:p>
        </w:tc>
        <w:tc>
          <w:tcPr>
            <w:tcW w:w="5156" w:type="dxa"/>
            <w:vAlign w:val="center"/>
          </w:tcPr>
          <w:p w14:paraId="7B0812F9" w14:textId="77777777" w:rsidR="00A472DB" w:rsidRDefault="00A472DB"/>
        </w:tc>
      </w:tr>
      <w:tr w:rsidR="00A472DB" w14:paraId="4A91FD1B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7129B459" w14:textId="77777777" w:rsidR="00A472DB" w:rsidRDefault="00000000">
            <w:r>
              <w:rPr>
                <w:b/>
                <w:sz w:val="17"/>
              </w:rPr>
              <w:t>OIB</w:t>
            </w:r>
          </w:p>
        </w:tc>
        <w:tc>
          <w:tcPr>
            <w:tcW w:w="5156" w:type="dxa"/>
            <w:vAlign w:val="center"/>
          </w:tcPr>
          <w:p w14:paraId="67F8B058" w14:textId="77777777" w:rsidR="00A472DB" w:rsidRDefault="00A472DB"/>
        </w:tc>
      </w:tr>
      <w:tr w:rsidR="00A472DB" w14:paraId="00EB9D92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5DA7C62E" w14:textId="77777777" w:rsidR="00A472DB" w:rsidRDefault="00000000">
            <w:r>
              <w:rPr>
                <w:b/>
                <w:sz w:val="17"/>
              </w:rPr>
              <w:t>Naziv projekta</w:t>
            </w:r>
          </w:p>
        </w:tc>
        <w:tc>
          <w:tcPr>
            <w:tcW w:w="5156" w:type="dxa"/>
            <w:vAlign w:val="center"/>
          </w:tcPr>
          <w:p w14:paraId="086AB698" w14:textId="77777777" w:rsidR="00A472DB" w:rsidRDefault="00A472DB"/>
        </w:tc>
      </w:tr>
      <w:tr w:rsidR="00A472DB" w14:paraId="7328AFB8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6A088DED" w14:textId="77777777" w:rsidR="00A472DB" w:rsidRDefault="00000000">
            <w:r>
              <w:rPr>
                <w:b/>
                <w:sz w:val="17"/>
              </w:rPr>
              <w:t>Kategorija projekta iz točke 7. Javnog poziva</w:t>
            </w:r>
          </w:p>
        </w:tc>
        <w:tc>
          <w:tcPr>
            <w:tcW w:w="5156" w:type="dxa"/>
            <w:vAlign w:val="center"/>
          </w:tcPr>
          <w:p w14:paraId="6539BD86" w14:textId="77777777" w:rsidR="00A472DB" w:rsidRDefault="00A472DB"/>
        </w:tc>
      </w:tr>
    </w:tbl>
    <w:p w14:paraId="7AEA1136" w14:textId="77777777" w:rsidR="00A472DB" w:rsidRDefault="00000000">
      <w:pPr>
        <w:spacing w:before="140" w:after="60"/>
      </w:pPr>
      <w:r>
        <w:rPr>
          <w:b/>
          <w:color w:val="366991"/>
          <w:sz w:val="21"/>
        </w:rPr>
        <w:t>2. OBVEZNA DOKUMENTACIJA</w:t>
      </w:r>
    </w:p>
    <w:p w14:paraId="00A35010" w14:textId="77777777" w:rsidR="00A472DB" w:rsidRDefault="00000000">
      <w:pPr>
        <w:spacing w:after="80"/>
      </w:pPr>
      <w:r>
        <w:t>Prijavitelj označava dokumentaciju koju prilaže. U stupcu „Način dostave” označiti papirnato i/ili USB, kada je primjenjivo.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059"/>
        <w:gridCol w:w="2062"/>
        <w:gridCol w:w="2061"/>
        <w:gridCol w:w="2060"/>
        <w:gridCol w:w="2060"/>
      </w:tblGrid>
      <w:tr w:rsidR="00A472DB" w14:paraId="4303F0F0" w14:textId="77777777">
        <w:trPr>
          <w:jc w:val="center"/>
        </w:trPr>
        <w:tc>
          <w:tcPr>
            <w:tcW w:w="2062" w:type="dxa"/>
            <w:shd w:val="clear" w:color="auto" w:fill="D9EAF7"/>
            <w:vAlign w:val="center"/>
          </w:tcPr>
          <w:p w14:paraId="14432AA4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R.br.</w:t>
            </w:r>
          </w:p>
        </w:tc>
        <w:tc>
          <w:tcPr>
            <w:tcW w:w="2062" w:type="dxa"/>
            <w:shd w:val="clear" w:color="auto" w:fill="D9EAF7"/>
            <w:vAlign w:val="center"/>
          </w:tcPr>
          <w:p w14:paraId="6FC78B3A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Dokument</w:t>
            </w:r>
          </w:p>
        </w:tc>
        <w:tc>
          <w:tcPr>
            <w:tcW w:w="2062" w:type="dxa"/>
            <w:shd w:val="clear" w:color="auto" w:fill="D9EAF7"/>
            <w:vAlign w:val="center"/>
          </w:tcPr>
          <w:p w14:paraId="55351782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Primjenjivost</w:t>
            </w:r>
          </w:p>
        </w:tc>
        <w:tc>
          <w:tcPr>
            <w:tcW w:w="2062" w:type="dxa"/>
            <w:shd w:val="clear" w:color="auto" w:fill="D9EAF7"/>
            <w:vAlign w:val="center"/>
          </w:tcPr>
          <w:p w14:paraId="70D3B9F4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Priloženo</w:t>
            </w:r>
          </w:p>
        </w:tc>
        <w:tc>
          <w:tcPr>
            <w:tcW w:w="2062" w:type="dxa"/>
            <w:shd w:val="clear" w:color="auto" w:fill="D9EAF7"/>
            <w:vAlign w:val="center"/>
          </w:tcPr>
          <w:p w14:paraId="0591BCC8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Način dostave</w:t>
            </w:r>
          </w:p>
        </w:tc>
      </w:tr>
      <w:tr w:rsidR="00A472DB" w14:paraId="4AB3D4BD" w14:textId="77777777">
        <w:trPr>
          <w:jc w:val="center"/>
        </w:trPr>
        <w:tc>
          <w:tcPr>
            <w:tcW w:w="2062" w:type="dxa"/>
            <w:vAlign w:val="center"/>
          </w:tcPr>
          <w:p w14:paraId="093F0E71" w14:textId="77777777" w:rsidR="00A472DB" w:rsidRDefault="00000000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2062" w:type="dxa"/>
            <w:vAlign w:val="center"/>
          </w:tcPr>
          <w:p w14:paraId="5319C411" w14:textId="77777777" w:rsidR="00A472DB" w:rsidRDefault="00000000">
            <w:r>
              <w:rPr>
                <w:sz w:val="16"/>
              </w:rPr>
              <w:t>Popunjen i potpisan Obrazac 1. – Zahtjev za dodjelu bespovratne potpore</w:t>
            </w:r>
          </w:p>
        </w:tc>
        <w:tc>
          <w:tcPr>
            <w:tcW w:w="2062" w:type="dxa"/>
            <w:vAlign w:val="center"/>
          </w:tcPr>
          <w:p w14:paraId="1E8390CD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3856CD08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75048D76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4AC9ED0F" w14:textId="77777777">
        <w:trPr>
          <w:jc w:val="center"/>
        </w:trPr>
        <w:tc>
          <w:tcPr>
            <w:tcW w:w="2062" w:type="dxa"/>
            <w:vAlign w:val="center"/>
          </w:tcPr>
          <w:p w14:paraId="6FF52DA6" w14:textId="77777777" w:rsidR="00A472DB" w:rsidRDefault="00000000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2062" w:type="dxa"/>
            <w:vAlign w:val="center"/>
          </w:tcPr>
          <w:p w14:paraId="2BE53516" w14:textId="77777777" w:rsidR="00A472DB" w:rsidRDefault="00000000">
            <w:r>
              <w:rPr>
                <w:sz w:val="16"/>
              </w:rPr>
              <w:t>Dokaz o pravnom statusu prijavitelja (kada je primjenjivo)</w:t>
            </w:r>
          </w:p>
        </w:tc>
        <w:tc>
          <w:tcPr>
            <w:tcW w:w="2062" w:type="dxa"/>
            <w:vAlign w:val="center"/>
          </w:tcPr>
          <w:p w14:paraId="13326988" w14:textId="77777777" w:rsidR="00A472DB" w:rsidRDefault="00000000">
            <w:r>
              <w:rPr>
                <w:sz w:val="15"/>
              </w:rPr>
              <w:t>kada je primjenjivo</w:t>
            </w:r>
          </w:p>
        </w:tc>
        <w:tc>
          <w:tcPr>
            <w:tcW w:w="2062" w:type="dxa"/>
            <w:vAlign w:val="center"/>
          </w:tcPr>
          <w:p w14:paraId="10074666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02246F2E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707DE9F2" w14:textId="77777777">
        <w:trPr>
          <w:jc w:val="center"/>
        </w:trPr>
        <w:tc>
          <w:tcPr>
            <w:tcW w:w="2062" w:type="dxa"/>
            <w:vAlign w:val="center"/>
          </w:tcPr>
          <w:p w14:paraId="3F983EE1" w14:textId="77777777" w:rsidR="00A472DB" w:rsidRDefault="00000000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2062" w:type="dxa"/>
            <w:vAlign w:val="center"/>
          </w:tcPr>
          <w:p w14:paraId="4EB113D5" w14:textId="77777777" w:rsidR="00A472DB" w:rsidRDefault="00000000">
            <w:r>
              <w:rPr>
                <w:sz w:val="16"/>
              </w:rPr>
              <w:t>Važeće rješenje o registraciji/kategorizaciji postojećeg smještajnog objekta</w:t>
            </w:r>
          </w:p>
        </w:tc>
        <w:tc>
          <w:tcPr>
            <w:tcW w:w="2062" w:type="dxa"/>
            <w:vAlign w:val="center"/>
          </w:tcPr>
          <w:p w14:paraId="7A52A0E7" w14:textId="77777777" w:rsidR="00A472DB" w:rsidRDefault="00000000">
            <w:r>
              <w:rPr>
                <w:sz w:val="15"/>
              </w:rPr>
              <w:t>za postojeće pružatelje smještaja</w:t>
            </w:r>
          </w:p>
        </w:tc>
        <w:tc>
          <w:tcPr>
            <w:tcW w:w="2062" w:type="dxa"/>
            <w:vAlign w:val="center"/>
          </w:tcPr>
          <w:p w14:paraId="4EF3A58B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7422A76D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42FD1A56" w14:textId="77777777">
        <w:trPr>
          <w:jc w:val="center"/>
        </w:trPr>
        <w:tc>
          <w:tcPr>
            <w:tcW w:w="2062" w:type="dxa"/>
            <w:vAlign w:val="center"/>
          </w:tcPr>
          <w:p w14:paraId="2984D1BE" w14:textId="77777777" w:rsidR="00A472DB" w:rsidRDefault="00000000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2062" w:type="dxa"/>
            <w:vAlign w:val="center"/>
          </w:tcPr>
          <w:p w14:paraId="676F1DFE" w14:textId="77777777" w:rsidR="00A472DB" w:rsidRDefault="00000000">
            <w:r>
              <w:rPr>
                <w:sz w:val="16"/>
              </w:rPr>
              <w:t>Dokaz o vlasništvu ili drugom odgovarajućem pravu na nekretnini</w:t>
            </w:r>
          </w:p>
        </w:tc>
        <w:tc>
          <w:tcPr>
            <w:tcW w:w="2062" w:type="dxa"/>
            <w:vAlign w:val="center"/>
          </w:tcPr>
          <w:p w14:paraId="2CDE8D6A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70E3E3D0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71A78743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19495C0C" w14:textId="77777777">
        <w:trPr>
          <w:jc w:val="center"/>
        </w:trPr>
        <w:tc>
          <w:tcPr>
            <w:tcW w:w="2062" w:type="dxa"/>
            <w:vAlign w:val="center"/>
          </w:tcPr>
          <w:p w14:paraId="02E83EF8" w14:textId="77777777" w:rsidR="00A472DB" w:rsidRDefault="00000000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2062" w:type="dxa"/>
            <w:vAlign w:val="center"/>
          </w:tcPr>
          <w:p w14:paraId="22C46EE3" w14:textId="77777777" w:rsidR="00A472DB" w:rsidRDefault="00000000">
            <w:r>
              <w:rPr>
                <w:sz w:val="16"/>
              </w:rPr>
              <w:t>Suglasnost vlasnika/suvlasnika za ulaganje i turističku namjenu</w:t>
            </w:r>
          </w:p>
        </w:tc>
        <w:tc>
          <w:tcPr>
            <w:tcW w:w="2062" w:type="dxa"/>
            <w:vAlign w:val="center"/>
          </w:tcPr>
          <w:p w14:paraId="64DEB62F" w14:textId="77777777" w:rsidR="00A472DB" w:rsidRDefault="00000000">
            <w:r>
              <w:rPr>
                <w:sz w:val="15"/>
              </w:rPr>
              <w:t>ako prijavitelj nije isključivi vlasnik</w:t>
            </w:r>
          </w:p>
        </w:tc>
        <w:tc>
          <w:tcPr>
            <w:tcW w:w="2062" w:type="dxa"/>
            <w:vAlign w:val="center"/>
          </w:tcPr>
          <w:p w14:paraId="4F001100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5099045E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5D14CB94" w14:textId="77777777">
        <w:trPr>
          <w:jc w:val="center"/>
        </w:trPr>
        <w:tc>
          <w:tcPr>
            <w:tcW w:w="2062" w:type="dxa"/>
            <w:vAlign w:val="center"/>
          </w:tcPr>
          <w:p w14:paraId="2E5D004B" w14:textId="77777777" w:rsidR="00A472DB" w:rsidRDefault="00000000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2062" w:type="dxa"/>
            <w:vAlign w:val="center"/>
          </w:tcPr>
          <w:p w14:paraId="40E0FF1C" w14:textId="77777777" w:rsidR="00A472DB" w:rsidRDefault="00000000">
            <w:r>
              <w:rPr>
                <w:sz w:val="16"/>
              </w:rPr>
              <w:t>Dokaz o legalnosti postojeće građevine</w:t>
            </w:r>
          </w:p>
        </w:tc>
        <w:tc>
          <w:tcPr>
            <w:tcW w:w="2062" w:type="dxa"/>
            <w:vAlign w:val="center"/>
          </w:tcPr>
          <w:p w14:paraId="12A7A20D" w14:textId="77777777" w:rsidR="00A472DB" w:rsidRDefault="00000000">
            <w:r>
              <w:rPr>
                <w:sz w:val="15"/>
              </w:rPr>
              <w:t>kada je primjenjivo</w:t>
            </w:r>
          </w:p>
        </w:tc>
        <w:tc>
          <w:tcPr>
            <w:tcW w:w="2062" w:type="dxa"/>
            <w:vAlign w:val="center"/>
          </w:tcPr>
          <w:p w14:paraId="44008E23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64599E25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4F315F54" w14:textId="77777777">
        <w:trPr>
          <w:jc w:val="center"/>
        </w:trPr>
        <w:tc>
          <w:tcPr>
            <w:tcW w:w="2062" w:type="dxa"/>
            <w:vAlign w:val="center"/>
          </w:tcPr>
          <w:p w14:paraId="01D2DA51" w14:textId="77777777" w:rsidR="00A472DB" w:rsidRDefault="00000000">
            <w:pPr>
              <w:jc w:val="center"/>
            </w:pPr>
            <w:r>
              <w:rPr>
                <w:sz w:val="16"/>
              </w:rPr>
              <w:t>7.</w:t>
            </w:r>
          </w:p>
        </w:tc>
        <w:tc>
          <w:tcPr>
            <w:tcW w:w="2062" w:type="dxa"/>
            <w:vAlign w:val="center"/>
          </w:tcPr>
          <w:p w14:paraId="110DF7F9" w14:textId="77777777" w:rsidR="00A472DB" w:rsidRDefault="00000000">
            <w:r>
              <w:rPr>
                <w:sz w:val="16"/>
              </w:rPr>
              <w:t>Dokumentacija o potrebnim aktima, dozvolama i suglasnostima odnosno dokaz o pokrenutom postupku</w:t>
            </w:r>
          </w:p>
        </w:tc>
        <w:tc>
          <w:tcPr>
            <w:tcW w:w="2062" w:type="dxa"/>
            <w:vAlign w:val="center"/>
          </w:tcPr>
          <w:p w14:paraId="5FEEB4D1" w14:textId="77777777" w:rsidR="00A472DB" w:rsidRDefault="00000000">
            <w:r>
              <w:rPr>
                <w:sz w:val="15"/>
              </w:rPr>
              <w:t>kada je primjenjivo</w:t>
            </w:r>
          </w:p>
        </w:tc>
        <w:tc>
          <w:tcPr>
            <w:tcW w:w="2062" w:type="dxa"/>
            <w:vAlign w:val="center"/>
          </w:tcPr>
          <w:p w14:paraId="639BB0F5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66E08A95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34133721" w14:textId="77777777">
        <w:trPr>
          <w:jc w:val="center"/>
        </w:trPr>
        <w:tc>
          <w:tcPr>
            <w:tcW w:w="2062" w:type="dxa"/>
            <w:vAlign w:val="center"/>
          </w:tcPr>
          <w:p w14:paraId="3422F441" w14:textId="77777777" w:rsidR="00A472DB" w:rsidRDefault="00000000">
            <w:pPr>
              <w:jc w:val="center"/>
            </w:pPr>
            <w:r>
              <w:rPr>
                <w:sz w:val="16"/>
              </w:rPr>
              <w:t>8.</w:t>
            </w:r>
          </w:p>
        </w:tc>
        <w:tc>
          <w:tcPr>
            <w:tcW w:w="2062" w:type="dxa"/>
            <w:vAlign w:val="center"/>
          </w:tcPr>
          <w:p w14:paraId="3C013A2E" w14:textId="77777777" w:rsidR="00A472DB" w:rsidRDefault="00000000">
            <w:r>
              <w:rPr>
                <w:sz w:val="16"/>
              </w:rPr>
              <w:t>Idejni projekt planiranog zahvata izrađen od ovlaštenog projektanta</w:t>
            </w:r>
          </w:p>
        </w:tc>
        <w:tc>
          <w:tcPr>
            <w:tcW w:w="2062" w:type="dxa"/>
            <w:vAlign w:val="center"/>
          </w:tcPr>
          <w:p w14:paraId="1621C504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288FD6D0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3130B16C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4310A00D" w14:textId="77777777">
        <w:trPr>
          <w:jc w:val="center"/>
        </w:trPr>
        <w:tc>
          <w:tcPr>
            <w:tcW w:w="2062" w:type="dxa"/>
            <w:vAlign w:val="center"/>
          </w:tcPr>
          <w:p w14:paraId="6036BDFC" w14:textId="77777777" w:rsidR="00A472DB" w:rsidRDefault="00000000">
            <w:pPr>
              <w:jc w:val="center"/>
            </w:pPr>
            <w:r>
              <w:rPr>
                <w:sz w:val="16"/>
              </w:rPr>
              <w:t>9.</w:t>
            </w:r>
          </w:p>
        </w:tc>
        <w:tc>
          <w:tcPr>
            <w:tcW w:w="2062" w:type="dxa"/>
            <w:vAlign w:val="center"/>
          </w:tcPr>
          <w:p w14:paraId="2F2353F3" w14:textId="77777777" w:rsidR="00A472DB" w:rsidRDefault="00000000">
            <w:r>
              <w:rPr>
                <w:sz w:val="16"/>
              </w:rPr>
              <w:t>Obrazac 2. – Opis projekta i plan razvoja smještajnih kapaciteta</w:t>
            </w:r>
          </w:p>
        </w:tc>
        <w:tc>
          <w:tcPr>
            <w:tcW w:w="2062" w:type="dxa"/>
            <w:vAlign w:val="center"/>
          </w:tcPr>
          <w:p w14:paraId="79585E3A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4E23C5D0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4D68A862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7966D44A" w14:textId="77777777">
        <w:trPr>
          <w:jc w:val="center"/>
        </w:trPr>
        <w:tc>
          <w:tcPr>
            <w:tcW w:w="2062" w:type="dxa"/>
            <w:vAlign w:val="center"/>
          </w:tcPr>
          <w:p w14:paraId="6FD8F480" w14:textId="77777777" w:rsidR="00A472DB" w:rsidRDefault="00000000">
            <w:pPr>
              <w:jc w:val="center"/>
            </w:pPr>
            <w:r>
              <w:rPr>
                <w:sz w:val="16"/>
              </w:rPr>
              <w:t>10.</w:t>
            </w:r>
          </w:p>
        </w:tc>
        <w:tc>
          <w:tcPr>
            <w:tcW w:w="2062" w:type="dxa"/>
            <w:vAlign w:val="center"/>
          </w:tcPr>
          <w:p w14:paraId="7128D446" w14:textId="77777777" w:rsidR="00A472DB" w:rsidRDefault="00000000">
            <w:r>
              <w:rPr>
                <w:sz w:val="16"/>
              </w:rPr>
              <w:t>Obrazac 3. – Financijski plan i troškovnik projekta</w:t>
            </w:r>
          </w:p>
        </w:tc>
        <w:tc>
          <w:tcPr>
            <w:tcW w:w="2062" w:type="dxa"/>
            <w:vAlign w:val="center"/>
          </w:tcPr>
          <w:p w14:paraId="46647259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16838FFC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50376D3E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0E687FB0" w14:textId="77777777">
        <w:trPr>
          <w:jc w:val="center"/>
        </w:trPr>
        <w:tc>
          <w:tcPr>
            <w:tcW w:w="2062" w:type="dxa"/>
            <w:vAlign w:val="center"/>
          </w:tcPr>
          <w:p w14:paraId="78EB02E1" w14:textId="77777777" w:rsidR="00A472DB" w:rsidRDefault="00000000">
            <w:pPr>
              <w:jc w:val="center"/>
            </w:pPr>
            <w:r>
              <w:rPr>
                <w:sz w:val="16"/>
              </w:rPr>
              <w:t>11.</w:t>
            </w:r>
          </w:p>
        </w:tc>
        <w:tc>
          <w:tcPr>
            <w:tcW w:w="2062" w:type="dxa"/>
            <w:vAlign w:val="center"/>
          </w:tcPr>
          <w:p w14:paraId="6ADA766F" w14:textId="77777777" w:rsidR="00A472DB" w:rsidRDefault="00000000">
            <w:r>
              <w:rPr>
                <w:sz w:val="16"/>
              </w:rPr>
              <w:t>Ponude, predračuni, troškovnici, procjene ili druga dokumentacija kojom se dokazuje realnost planiranih troškova</w:t>
            </w:r>
          </w:p>
        </w:tc>
        <w:tc>
          <w:tcPr>
            <w:tcW w:w="2062" w:type="dxa"/>
            <w:vAlign w:val="center"/>
          </w:tcPr>
          <w:p w14:paraId="59FE7489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11C9A17C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7F44D33B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1B6A0520" w14:textId="77777777">
        <w:trPr>
          <w:jc w:val="center"/>
        </w:trPr>
        <w:tc>
          <w:tcPr>
            <w:tcW w:w="2062" w:type="dxa"/>
            <w:vAlign w:val="center"/>
          </w:tcPr>
          <w:p w14:paraId="59F74326" w14:textId="77777777" w:rsidR="00A472DB" w:rsidRDefault="00000000">
            <w:pPr>
              <w:jc w:val="center"/>
            </w:pPr>
            <w:r>
              <w:rPr>
                <w:sz w:val="16"/>
              </w:rPr>
              <w:t>12.</w:t>
            </w:r>
          </w:p>
        </w:tc>
        <w:tc>
          <w:tcPr>
            <w:tcW w:w="2062" w:type="dxa"/>
            <w:vAlign w:val="center"/>
          </w:tcPr>
          <w:p w14:paraId="7DD7FC31" w14:textId="77777777" w:rsidR="00A472DB" w:rsidRDefault="00000000">
            <w:r>
              <w:rPr>
                <w:sz w:val="16"/>
              </w:rPr>
              <w:t>Potvrda Porezne uprave o nepostojanju dospjelog duga po osnovi javnih davanja, ne starija od 30 dana</w:t>
            </w:r>
          </w:p>
        </w:tc>
        <w:tc>
          <w:tcPr>
            <w:tcW w:w="2062" w:type="dxa"/>
            <w:vAlign w:val="center"/>
          </w:tcPr>
          <w:p w14:paraId="61F2D983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3C8F5E37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631E45D6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3B0C5468" w14:textId="77777777">
        <w:trPr>
          <w:jc w:val="center"/>
        </w:trPr>
        <w:tc>
          <w:tcPr>
            <w:tcW w:w="2062" w:type="dxa"/>
            <w:vAlign w:val="center"/>
          </w:tcPr>
          <w:p w14:paraId="4D53630F" w14:textId="77777777" w:rsidR="00A472DB" w:rsidRDefault="00000000">
            <w:pPr>
              <w:jc w:val="center"/>
            </w:pPr>
            <w:r>
              <w:rPr>
                <w:sz w:val="16"/>
              </w:rPr>
              <w:lastRenderedPageBreak/>
              <w:t>13.</w:t>
            </w:r>
          </w:p>
        </w:tc>
        <w:tc>
          <w:tcPr>
            <w:tcW w:w="2062" w:type="dxa"/>
            <w:vAlign w:val="center"/>
          </w:tcPr>
          <w:p w14:paraId="130C0667" w14:textId="77777777" w:rsidR="00A472DB" w:rsidRDefault="00000000">
            <w:r>
              <w:rPr>
                <w:sz w:val="16"/>
              </w:rPr>
              <w:t>Obrazac 4. – Izjava o potporama male vrijednosti (de minimis) i povezanim poduzetnicima</w:t>
            </w:r>
          </w:p>
        </w:tc>
        <w:tc>
          <w:tcPr>
            <w:tcW w:w="2062" w:type="dxa"/>
            <w:vAlign w:val="center"/>
          </w:tcPr>
          <w:p w14:paraId="4F5E49A0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6F3B5F68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53C80248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7B85323F" w14:textId="77777777">
        <w:trPr>
          <w:jc w:val="center"/>
        </w:trPr>
        <w:tc>
          <w:tcPr>
            <w:tcW w:w="2062" w:type="dxa"/>
            <w:vAlign w:val="center"/>
          </w:tcPr>
          <w:p w14:paraId="630EE1DC" w14:textId="77777777" w:rsidR="00A472DB" w:rsidRDefault="00000000">
            <w:pPr>
              <w:jc w:val="center"/>
            </w:pPr>
            <w:r>
              <w:rPr>
                <w:sz w:val="16"/>
              </w:rPr>
              <w:t>14.</w:t>
            </w:r>
          </w:p>
        </w:tc>
        <w:tc>
          <w:tcPr>
            <w:tcW w:w="2062" w:type="dxa"/>
            <w:vAlign w:val="center"/>
          </w:tcPr>
          <w:p w14:paraId="4CFBAB15" w14:textId="77777777" w:rsidR="00A472DB" w:rsidRDefault="00000000">
            <w:r>
              <w:rPr>
                <w:sz w:val="16"/>
              </w:rPr>
              <w:t>Obrazac 5. – Izjava o izbjegavanju dvostrukog financiranja</w:t>
            </w:r>
          </w:p>
        </w:tc>
        <w:tc>
          <w:tcPr>
            <w:tcW w:w="2062" w:type="dxa"/>
            <w:vAlign w:val="center"/>
          </w:tcPr>
          <w:p w14:paraId="6DDF2FA0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2632F5A7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0C06CA22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149DE26F" w14:textId="77777777">
        <w:trPr>
          <w:jc w:val="center"/>
        </w:trPr>
        <w:tc>
          <w:tcPr>
            <w:tcW w:w="2062" w:type="dxa"/>
            <w:vAlign w:val="center"/>
          </w:tcPr>
          <w:p w14:paraId="3FE5880F" w14:textId="77777777" w:rsidR="00A472DB" w:rsidRDefault="00000000">
            <w:pPr>
              <w:jc w:val="center"/>
            </w:pPr>
            <w:r>
              <w:rPr>
                <w:sz w:val="16"/>
              </w:rPr>
              <w:t>15.</w:t>
            </w:r>
          </w:p>
        </w:tc>
        <w:tc>
          <w:tcPr>
            <w:tcW w:w="2062" w:type="dxa"/>
            <w:vAlign w:val="center"/>
          </w:tcPr>
          <w:p w14:paraId="63A173F3" w14:textId="77777777" w:rsidR="00A472DB" w:rsidRDefault="00000000">
            <w:r>
              <w:rPr>
                <w:sz w:val="16"/>
              </w:rPr>
              <w:t>Obrazac 6. – Izjava o statusu prijavitelja u odnosu na PDV i pravu na odbitak pretporeza</w:t>
            </w:r>
          </w:p>
        </w:tc>
        <w:tc>
          <w:tcPr>
            <w:tcW w:w="2062" w:type="dxa"/>
            <w:vAlign w:val="center"/>
          </w:tcPr>
          <w:p w14:paraId="43EA1C93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07571171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3244CDF4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6FD6AD18" w14:textId="77777777">
        <w:trPr>
          <w:jc w:val="center"/>
        </w:trPr>
        <w:tc>
          <w:tcPr>
            <w:tcW w:w="2062" w:type="dxa"/>
            <w:vAlign w:val="center"/>
          </w:tcPr>
          <w:p w14:paraId="0804792B" w14:textId="77777777" w:rsidR="00A472DB" w:rsidRDefault="00000000">
            <w:pPr>
              <w:jc w:val="center"/>
            </w:pPr>
            <w:r>
              <w:rPr>
                <w:sz w:val="16"/>
              </w:rPr>
              <w:t>16.</w:t>
            </w:r>
          </w:p>
        </w:tc>
        <w:tc>
          <w:tcPr>
            <w:tcW w:w="2062" w:type="dxa"/>
            <w:vAlign w:val="center"/>
          </w:tcPr>
          <w:p w14:paraId="2EA92CFB" w14:textId="77777777" w:rsidR="00A472DB" w:rsidRDefault="00000000">
            <w:r>
              <w:rPr>
                <w:sz w:val="16"/>
              </w:rPr>
              <w:t>Obrazac 7. – Izjava o zadržavanju sufinanciranog smještajnog kapaciteta i turističke namjene</w:t>
            </w:r>
          </w:p>
        </w:tc>
        <w:tc>
          <w:tcPr>
            <w:tcW w:w="2062" w:type="dxa"/>
            <w:vAlign w:val="center"/>
          </w:tcPr>
          <w:p w14:paraId="2B2F622A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53D5BBF3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4998392F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056A0661" w14:textId="77777777">
        <w:trPr>
          <w:jc w:val="center"/>
        </w:trPr>
        <w:tc>
          <w:tcPr>
            <w:tcW w:w="2062" w:type="dxa"/>
            <w:vAlign w:val="center"/>
          </w:tcPr>
          <w:p w14:paraId="19BB5693" w14:textId="77777777" w:rsidR="00A472DB" w:rsidRDefault="00000000">
            <w:pPr>
              <w:jc w:val="center"/>
            </w:pPr>
            <w:r>
              <w:rPr>
                <w:sz w:val="16"/>
              </w:rPr>
              <w:t>17.</w:t>
            </w:r>
          </w:p>
        </w:tc>
        <w:tc>
          <w:tcPr>
            <w:tcW w:w="2062" w:type="dxa"/>
            <w:vAlign w:val="center"/>
          </w:tcPr>
          <w:p w14:paraId="42F50BC3" w14:textId="77777777" w:rsidR="00A472DB" w:rsidRDefault="00000000">
            <w:r>
              <w:rPr>
                <w:sz w:val="16"/>
              </w:rPr>
              <w:t>Foto-dokumentacija postojećeg stanja građevine/prostora</w:t>
            </w:r>
          </w:p>
        </w:tc>
        <w:tc>
          <w:tcPr>
            <w:tcW w:w="2062" w:type="dxa"/>
            <w:vAlign w:val="center"/>
          </w:tcPr>
          <w:p w14:paraId="4DD100D2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66194EFB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73F7D317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589C9ECA" w14:textId="77777777">
        <w:trPr>
          <w:jc w:val="center"/>
        </w:trPr>
        <w:tc>
          <w:tcPr>
            <w:tcW w:w="2062" w:type="dxa"/>
            <w:vAlign w:val="center"/>
          </w:tcPr>
          <w:p w14:paraId="4F8375CE" w14:textId="77777777" w:rsidR="00A472DB" w:rsidRDefault="00000000">
            <w:pPr>
              <w:jc w:val="center"/>
            </w:pPr>
            <w:r>
              <w:rPr>
                <w:sz w:val="16"/>
              </w:rPr>
              <w:t>18.</w:t>
            </w:r>
          </w:p>
        </w:tc>
        <w:tc>
          <w:tcPr>
            <w:tcW w:w="2062" w:type="dxa"/>
            <w:vAlign w:val="center"/>
          </w:tcPr>
          <w:p w14:paraId="014B2D04" w14:textId="77777777" w:rsidR="00A472DB" w:rsidRDefault="00000000">
            <w:r>
              <w:rPr>
                <w:sz w:val="16"/>
              </w:rPr>
              <w:t>Podaci o bankovnom računu (IBAN) prijavitelja / dokaz o IBAN-u</w:t>
            </w:r>
          </w:p>
        </w:tc>
        <w:tc>
          <w:tcPr>
            <w:tcW w:w="2062" w:type="dxa"/>
            <w:vAlign w:val="center"/>
          </w:tcPr>
          <w:p w14:paraId="3C0AA960" w14:textId="77777777" w:rsidR="00A472DB" w:rsidRDefault="00000000">
            <w:r>
              <w:rPr>
                <w:sz w:val="15"/>
              </w:rPr>
              <w:t>obvezno</w:t>
            </w:r>
          </w:p>
        </w:tc>
        <w:tc>
          <w:tcPr>
            <w:tcW w:w="2062" w:type="dxa"/>
            <w:vAlign w:val="center"/>
          </w:tcPr>
          <w:p w14:paraId="0010A730" w14:textId="77777777" w:rsidR="00A472DB" w:rsidRDefault="00000000">
            <w:pPr>
              <w:jc w:val="center"/>
            </w:pPr>
            <w:r>
              <w:rPr>
                <w:sz w:val="15"/>
              </w:rPr>
              <w:t>☐ DA   ☐ NE</w:t>
            </w:r>
          </w:p>
        </w:tc>
        <w:tc>
          <w:tcPr>
            <w:tcW w:w="2062" w:type="dxa"/>
            <w:vAlign w:val="center"/>
          </w:tcPr>
          <w:p w14:paraId="19EA9D2E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</w:tbl>
    <w:p w14:paraId="0B8491E8" w14:textId="77777777" w:rsidR="00A472DB" w:rsidRDefault="00000000">
      <w:pPr>
        <w:spacing w:before="140" w:after="60"/>
      </w:pPr>
      <w:r>
        <w:rPr>
          <w:b/>
          <w:color w:val="366991"/>
          <w:sz w:val="21"/>
        </w:rPr>
        <w:t>3. DODATNA DOKUMENTACIJA ZA POJEDINE KATEGORIJE PROJEKATA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576"/>
        <w:gridCol w:w="2575"/>
        <w:gridCol w:w="2575"/>
      </w:tblGrid>
      <w:tr w:rsidR="00A472DB" w14:paraId="28D916BD" w14:textId="77777777">
        <w:trPr>
          <w:jc w:val="center"/>
        </w:trPr>
        <w:tc>
          <w:tcPr>
            <w:tcW w:w="2578" w:type="dxa"/>
            <w:shd w:val="clear" w:color="auto" w:fill="D9EAF7"/>
            <w:vAlign w:val="center"/>
          </w:tcPr>
          <w:p w14:paraId="77DE2F78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Kategorija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21D005A8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Posebna dokumentacija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4475C9A2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Priloženo</w:t>
            </w:r>
          </w:p>
        </w:tc>
        <w:tc>
          <w:tcPr>
            <w:tcW w:w="2578" w:type="dxa"/>
            <w:shd w:val="clear" w:color="auto" w:fill="D9EAF7"/>
            <w:vAlign w:val="center"/>
          </w:tcPr>
          <w:p w14:paraId="75C53041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Način dostave</w:t>
            </w:r>
          </w:p>
        </w:tc>
      </w:tr>
      <w:tr w:rsidR="00A472DB" w14:paraId="4CB733AD" w14:textId="77777777">
        <w:trPr>
          <w:jc w:val="center"/>
        </w:trPr>
        <w:tc>
          <w:tcPr>
            <w:tcW w:w="2578" w:type="dxa"/>
            <w:vAlign w:val="center"/>
          </w:tcPr>
          <w:p w14:paraId="2B4A2482" w14:textId="77777777" w:rsidR="00A472DB" w:rsidRDefault="00000000">
            <w:r>
              <w:rPr>
                <w:b/>
                <w:sz w:val="16"/>
              </w:rPr>
              <w:t>Hotel baština (heritage)</w:t>
            </w:r>
          </w:p>
        </w:tc>
        <w:tc>
          <w:tcPr>
            <w:tcW w:w="2578" w:type="dxa"/>
            <w:vAlign w:val="center"/>
          </w:tcPr>
          <w:p w14:paraId="56674C84" w14:textId="77777777" w:rsidR="00A472DB" w:rsidRDefault="00000000">
            <w:r>
              <w:rPr>
                <w:sz w:val="15"/>
              </w:rPr>
              <w:t>Dokumentacija o obilježjima građevine te, kada je primjenjivo, statusu kulturnog dobra, konzervatorskim uvjetima, posebnim uvjetima zaštite i suglasnostima.</w:t>
            </w:r>
          </w:p>
        </w:tc>
        <w:tc>
          <w:tcPr>
            <w:tcW w:w="2578" w:type="dxa"/>
            <w:vAlign w:val="center"/>
          </w:tcPr>
          <w:p w14:paraId="53EF541F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1F7AFFE2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59612F24" w14:textId="77777777">
        <w:trPr>
          <w:jc w:val="center"/>
        </w:trPr>
        <w:tc>
          <w:tcPr>
            <w:tcW w:w="2578" w:type="dxa"/>
            <w:vAlign w:val="center"/>
          </w:tcPr>
          <w:p w14:paraId="2B4664FE" w14:textId="77777777" w:rsidR="00A472DB" w:rsidRDefault="00000000">
            <w:r>
              <w:rPr>
                <w:b/>
                <w:sz w:val="16"/>
              </w:rPr>
              <w:t>Hotel posebnog standarda</w:t>
            </w:r>
          </w:p>
        </w:tc>
        <w:tc>
          <w:tcPr>
            <w:tcW w:w="2578" w:type="dxa"/>
            <w:vAlign w:val="center"/>
          </w:tcPr>
          <w:p w14:paraId="469D2264" w14:textId="77777777" w:rsidR="00A472DB" w:rsidRDefault="00000000">
            <w:r>
              <w:rPr>
                <w:sz w:val="15"/>
              </w:rPr>
              <w:t>Projektna, tehnička i druga dokumentacija iz koje je moguće utvrditi način ispunjavanja uvjeta prijavljenog posebnog standarda.</w:t>
            </w:r>
          </w:p>
        </w:tc>
        <w:tc>
          <w:tcPr>
            <w:tcW w:w="2578" w:type="dxa"/>
            <w:vAlign w:val="center"/>
          </w:tcPr>
          <w:p w14:paraId="153D200F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6503AF19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6A5012A2" w14:textId="77777777">
        <w:trPr>
          <w:jc w:val="center"/>
        </w:trPr>
        <w:tc>
          <w:tcPr>
            <w:tcW w:w="2578" w:type="dxa"/>
            <w:vAlign w:val="center"/>
          </w:tcPr>
          <w:p w14:paraId="005A68D9" w14:textId="77777777" w:rsidR="00A472DB" w:rsidRDefault="00000000">
            <w:r>
              <w:rPr>
                <w:b/>
                <w:sz w:val="16"/>
              </w:rPr>
              <w:t>Integralni hotel (udruženi)</w:t>
            </w:r>
          </w:p>
        </w:tc>
        <w:tc>
          <w:tcPr>
            <w:tcW w:w="2578" w:type="dxa"/>
            <w:vAlign w:val="center"/>
          </w:tcPr>
          <w:p w14:paraId="27750E79" w14:textId="77777777" w:rsidR="00A472DB" w:rsidRDefault="00000000">
            <w:r>
              <w:rPr>
                <w:sz w:val="15"/>
              </w:rPr>
              <w:t>Predugovor, sporazum o suradnji ili drugi obvezujući dokument kojim se dokazuje namjera uključivanja novih kapaciteta u Integralni hotel.</w:t>
            </w:r>
          </w:p>
        </w:tc>
        <w:tc>
          <w:tcPr>
            <w:tcW w:w="2578" w:type="dxa"/>
            <w:vAlign w:val="center"/>
          </w:tcPr>
          <w:p w14:paraId="50B8EFEE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61D9599F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6F7F7A8B" w14:textId="77777777">
        <w:trPr>
          <w:jc w:val="center"/>
        </w:trPr>
        <w:tc>
          <w:tcPr>
            <w:tcW w:w="2578" w:type="dxa"/>
            <w:vAlign w:val="center"/>
          </w:tcPr>
          <w:p w14:paraId="1CE7C3F2" w14:textId="77777777" w:rsidR="00A472DB" w:rsidRDefault="00000000">
            <w:r>
              <w:rPr>
                <w:b/>
                <w:sz w:val="16"/>
              </w:rPr>
              <w:t>Depandansa</w:t>
            </w:r>
          </w:p>
        </w:tc>
        <w:tc>
          <w:tcPr>
            <w:tcW w:w="2578" w:type="dxa"/>
            <w:vAlign w:val="center"/>
          </w:tcPr>
          <w:p w14:paraId="0254CE65" w14:textId="77777777" w:rsidR="00A472DB" w:rsidRDefault="00000000">
            <w:r>
              <w:rPr>
                <w:sz w:val="15"/>
              </w:rPr>
              <w:t>Ako prijavitelj nije nositelj postojećeg hotela: predugovor, sporazum o suradnji ili drugi obvezujući dokument s nositeljem hotela. Ako jest nositelj: važeće rješenje za postojeći hotel i dokumentacija o planiranom funkcionalnom i organizacijskom povezivanju.</w:t>
            </w:r>
          </w:p>
        </w:tc>
        <w:tc>
          <w:tcPr>
            <w:tcW w:w="2578" w:type="dxa"/>
            <w:vAlign w:val="center"/>
          </w:tcPr>
          <w:p w14:paraId="0A7EA401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37666D65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5DFAB4DF" w14:textId="77777777">
        <w:trPr>
          <w:jc w:val="center"/>
        </w:trPr>
        <w:tc>
          <w:tcPr>
            <w:tcW w:w="2578" w:type="dxa"/>
            <w:vAlign w:val="center"/>
          </w:tcPr>
          <w:p w14:paraId="088D26A1" w14:textId="77777777" w:rsidR="00A472DB" w:rsidRDefault="00000000">
            <w:r>
              <w:rPr>
                <w:b/>
                <w:sz w:val="16"/>
              </w:rPr>
              <w:t>Aparthotel</w:t>
            </w:r>
          </w:p>
        </w:tc>
        <w:tc>
          <w:tcPr>
            <w:tcW w:w="2578" w:type="dxa"/>
            <w:vAlign w:val="center"/>
          </w:tcPr>
          <w:p w14:paraId="2A0F92FB" w14:textId="77777777" w:rsidR="00A472DB" w:rsidRDefault="00000000">
            <w:r>
              <w:rPr>
                <w:sz w:val="15"/>
              </w:rPr>
              <w:t>Dokumentacija iz koje je vidljiva planirana struktura smještajnih jedinica i elementi relevantni za ostvarivanje prijavljene kategorije.</w:t>
            </w:r>
          </w:p>
        </w:tc>
        <w:tc>
          <w:tcPr>
            <w:tcW w:w="2578" w:type="dxa"/>
            <w:vAlign w:val="center"/>
          </w:tcPr>
          <w:p w14:paraId="32866C45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69F458AC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  <w:tr w:rsidR="00A472DB" w14:paraId="1E6054FB" w14:textId="77777777">
        <w:trPr>
          <w:jc w:val="center"/>
        </w:trPr>
        <w:tc>
          <w:tcPr>
            <w:tcW w:w="2578" w:type="dxa"/>
            <w:vAlign w:val="center"/>
          </w:tcPr>
          <w:p w14:paraId="75F9A88C" w14:textId="77777777" w:rsidR="00A472DB" w:rsidRDefault="00000000">
            <w:r>
              <w:rPr>
                <w:b/>
                <w:sz w:val="16"/>
              </w:rPr>
              <w:t>Hostel</w:t>
            </w:r>
          </w:p>
        </w:tc>
        <w:tc>
          <w:tcPr>
            <w:tcW w:w="2578" w:type="dxa"/>
            <w:vAlign w:val="center"/>
          </w:tcPr>
          <w:p w14:paraId="05C40563" w14:textId="77777777" w:rsidR="00A472DB" w:rsidRDefault="00000000">
            <w:r>
              <w:rPr>
                <w:sz w:val="15"/>
              </w:rPr>
              <w:t>Dokumentacija iz koje je vidljiv broj i struktura soba/spavaonica, broj kreveta, raspored sanitarnih prostora i udio jedinica s vlastitom kupaonicom.</w:t>
            </w:r>
          </w:p>
        </w:tc>
        <w:tc>
          <w:tcPr>
            <w:tcW w:w="2578" w:type="dxa"/>
            <w:vAlign w:val="center"/>
          </w:tcPr>
          <w:p w14:paraId="4C0F6AA0" w14:textId="77777777" w:rsidR="00A472DB" w:rsidRDefault="00000000">
            <w:pPr>
              <w:jc w:val="center"/>
            </w:pPr>
            <w:r>
              <w:rPr>
                <w:sz w:val="15"/>
              </w:rPr>
              <w:t>☐ DA</w:t>
            </w:r>
            <w:r>
              <w:rPr>
                <w:sz w:val="15"/>
              </w:rPr>
              <w:br/>
              <w:t>☐ N/P</w:t>
            </w:r>
          </w:p>
        </w:tc>
        <w:tc>
          <w:tcPr>
            <w:tcW w:w="2578" w:type="dxa"/>
            <w:vAlign w:val="center"/>
          </w:tcPr>
          <w:p w14:paraId="067A56CB" w14:textId="77777777" w:rsidR="00A472DB" w:rsidRDefault="00000000">
            <w:pPr>
              <w:jc w:val="center"/>
            </w:pPr>
            <w:r>
              <w:rPr>
                <w:sz w:val="15"/>
              </w:rPr>
              <w:t>☐ papir</w:t>
            </w:r>
            <w:r>
              <w:rPr>
                <w:sz w:val="15"/>
              </w:rPr>
              <w:br/>
              <w:t>☐ USB</w:t>
            </w:r>
          </w:p>
        </w:tc>
      </w:tr>
    </w:tbl>
    <w:p w14:paraId="70A8F39A" w14:textId="77777777" w:rsidR="00A472DB" w:rsidRDefault="00000000">
      <w:pPr>
        <w:spacing w:before="140" w:after="60"/>
      </w:pPr>
      <w:r>
        <w:rPr>
          <w:b/>
          <w:color w:val="366991"/>
          <w:sz w:val="21"/>
        </w:rPr>
        <w:t>4. OSTALA DOKUMENTACIJA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434"/>
        <w:gridCol w:w="3434"/>
        <w:gridCol w:w="3434"/>
      </w:tblGrid>
      <w:tr w:rsidR="00A472DB" w14:paraId="691BC8F4" w14:textId="77777777">
        <w:trPr>
          <w:jc w:val="center"/>
        </w:trPr>
        <w:tc>
          <w:tcPr>
            <w:tcW w:w="3437" w:type="dxa"/>
            <w:shd w:val="clear" w:color="auto" w:fill="D9EAF7"/>
            <w:vAlign w:val="center"/>
          </w:tcPr>
          <w:p w14:paraId="1C9653A8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R.br.</w:t>
            </w:r>
          </w:p>
        </w:tc>
        <w:tc>
          <w:tcPr>
            <w:tcW w:w="3437" w:type="dxa"/>
            <w:shd w:val="clear" w:color="auto" w:fill="D9EAF7"/>
            <w:vAlign w:val="center"/>
          </w:tcPr>
          <w:p w14:paraId="4E141F7C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Naziv dokumenta</w:t>
            </w:r>
          </w:p>
        </w:tc>
        <w:tc>
          <w:tcPr>
            <w:tcW w:w="3437" w:type="dxa"/>
            <w:shd w:val="clear" w:color="auto" w:fill="D9EAF7"/>
            <w:vAlign w:val="center"/>
          </w:tcPr>
          <w:p w14:paraId="7508AE83" w14:textId="77777777" w:rsidR="00A472DB" w:rsidRDefault="00000000">
            <w:pPr>
              <w:jc w:val="center"/>
            </w:pPr>
            <w:r>
              <w:rPr>
                <w:b/>
                <w:sz w:val="16"/>
              </w:rPr>
              <w:t>Način dostave</w:t>
            </w:r>
          </w:p>
        </w:tc>
      </w:tr>
      <w:tr w:rsidR="00A472DB" w14:paraId="6DA7E591" w14:textId="77777777">
        <w:trPr>
          <w:jc w:val="center"/>
        </w:trPr>
        <w:tc>
          <w:tcPr>
            <w:tcW w:w="3437" w:type="dxa"/>
            <w:vAlign w:val="center"/>
          </w:tcPr>
          <w:p w14:paraId="69F93219" w14:textId="77777777" w:rsidR="00A472DB" w:rsidRDefault="00000000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3437" w:type="dxa"/>
            <w:vAlign w:val="center"/>
          </w:tcPr>
          <w:p w14:paraId="1803D3C8" w14:textId="77777777" w:rsidR="00A472DB" w:rsidRDefault="00A472DB"/>
        </w:tc>
        <w:tc>
          <w:tcPr>
            <w:tcW w:w="3437" w:type="dxa"/>
            <w:vAlign w:val="center"/>
          </w:tcPr>
          <w:p w14:paraId="65E06C4E" w14:textId="77777777" w:rsidR="00A472DB" w:rsidRDefault="00000000">
            <w:pPr>
              <w:jc w:val="center"/>
            </w:pPr>
            <w:r>
              <w:rPr>
                <w:sz w:val="15"/>
              </w:rPr>
              <w:t>☐ papir   ☐ USB</w:t>
            </w:r>
          </w:p>
        </w:tc>
      </w:tr>
      <w:tr w:rsidR="00A472DB" w14:paraId="02B01DF1" w14:textId="77777777">
        <w:trPr>
          <w:jc w:val="center"/>
        </w:trPr>
        <w:tc>
          <w:tcPr>
            <w:tcW w:w="3437" w:type="dxa"/>
            <w:vAlign w:val="center"/>
          </w:tcPr>
          <w:p w14:paraId="5D1EE7D5" w14:textId="77777777" w:rsidR="00A472DB" w:rsidRDefault="00000000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3437" w:type="dxa"/>
            <w:vAlign w:val="center"/>
          </w:tcPr>
          <w:p w14:paraId="05B0AF79" w14:textId="77777777" w:rsidR="00A472DB" w:rsidRDefault="00A472DB"/>
        </w:tc>
        <w:tc>
          <w:tcPr>
            <w:tcW w:w="3437" w:type="dxa"/>
            <w:vAlign w:val="center"/>
          </w:tcPr>
          <w:p w14:paraId="6648674F" w14:textId="77777777" w:rsidR="00A472DB" w:rsidRDefault="00000000">
            <w:pPr>
              <w:jc w:val="center"/>
            </w:pPr>
            <w:r>
              <w:rPr>
                <w:sz w:val="15"/>
              </w:rPr>
              <w:t>☐ papir   ☐ USB</w:t>
            </w:r>
          </w:p>
        </w:tc>
      </w:tr>
      <w:tr w:rsidR="00A472DB" w14:paraId="2AFCB48B" w14:textId="77777777">
        <w:trPr>
          <w:jc w:val="center"/>
        </w:trPr>
        <w:tc>
          <w:tcPr>
            <w:tcW w:w="3437" w:type="dxa"/>
            <w:vAlign w:val="center"/>
          </w:tcPr>
          <w:p w14:paraId="39794AAB" w14:textId="77777777" w:rsidR="00A472DB" w:rsidRDefault="00000000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3437" w:type="dxa"/>
            <w:vAlign w:val="center"/>
          </w:tcPr>
          <w:p w14:paraId="7D324ABA" w14:textId="77777777" w:rsidR="00A472DB" w:rsidRDefault="00A472DB"/>
        </w:tc>
        <w:tc>
          <w:tcPr>
            <w:tcW w:w="3437" w:type="dxa"/>
            <w:vAlign w:val="center"/>
          </w:tcPr>
          <w:p w14:paraId="0D69B2CA" w14:textId="77777777" w:rsidR="00A472DB" w:rsidRDefault="00000000">
            <w:pPr>
              <w:jc w:val="center"/>
            </w:pPr>
            <w:r>
              <w:rPr>
                <w:sz w:val="15"/>
              </w:rPr>
              <w:t>☐ papir   ☐ USB</w:t>
            </w:r>
          </w:p>
        </w:tc>
      </w:tr>
      <w:tr w:rsidR="00A472DB" w14:paraId="63E25363" w14:textId="77777777">
        <w:trPr>
          <w:jc w:val="center"/>
        </w:trPr>
        <w:tc>
          <w:tcPr>
            <w:tcW w:w="3437" w:type="dxa"/>
            <w:vAlign w:val="center"/>
          </w:tcPr>
          <w:p w14:paraId="3BA70513" w14:textId="77777777" w:rsidR="00A472DB" w:rsidRDefault="00000000">
            <w:pPr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3437" w:type="dxa"/>
            <w:vAlign w:val="center"/>
          </w:tcPr>
          <w:p w14:paraId="117A75CF" w14:textId="77777777" w:rsidR="00A472DB" w:rsidRDefault="00A472DB"/>
        </w:tc>
        <w:tc>
          <w:tcPr>
            <w:tcW w:w="3437" w:type="dxa"/>
            <w:vAlign w:val="center"/>
          </w:tcPr>
          <w:p w14:paraId="220639C1" w14:textId="77777777" w:rsidR="00A472DB" w:rsidRDefault="00000000">
            <w:pPr>
              <w:jc w:val="center"/>
            </w:pPr>
            <w:r>
              <w:rPr>
                <w:sz w:val="15"/>
              </w:rPr>
              <w:t>☐ papir   ☐ USB</w:t>
            </w:r>
          </w:p>
        </w:tc>
      </w:tr>
    </w:tbl>
    <w:p w14:paraId="3AA927EA" w14:textId="77777777" w:rsidR="00940F82" w:rsidRDefault="00940F82">
      <w:pPr>
        <w:spacing w:before="140" w:after="60"/>
        <w:rPr>
          <w:b/>
          <w:color w:val="366991"/>
          <w:sz w:val="21"/>
        </w:rPr>
      </w:pPr>
    </w:p>
    <w:p w14:paraId="7CA5F898" w14:textId="7341B427" w:rsidR="00A472DB" w:rsidRDefault="00000000">
      <w:pPr>
        <w:spacing w:before="140" w:after="60"/>
      </w:pPr>
      <w:r>
        <w:rPr>
          <w:b/>
          <w:color w:val="366991"/>
          <w:sz w:val="21"/>
        </w:rPr>
        <w:t>5. NAPOMENE O DOSTAVI I POTPUNOSTI PRIJAVE</w:t>
      </w:r>
    </w:p>
    <w:p w14:paraId="063ED430" w14:textId="77777777" w:rsidR="00A472DB" w:rsidRDefault="00000000">
      <w:pPr>
        <w:spacing w:after="40"/>
        <w:ind w:left="255" w:hanging="142"/>
      </w:pPr>
      <w:r>
        <w:rPr>
          <w:sz w:val="17"/>
        </w:rPr>
        <w:t>• Prijavni obrazac, izjave i ostala dokumentacija za koju je propisan potpis dostavljaju se u papirnatom obliku, uredno ispunjeni i potpisani.</w:t>
      </w:r>
    </w:p>
    <w:p w14:paraId="335ED762" w14:textId="77777777" w:rsidR="00A472DB" w:rsidRDefault="00000000">
      <w:pPr>
        <w:spacing w:after="40"/>
        <w:ind w:left="255" w:hanging="142"/>
      </w:pPr>
      <w:r>
        <w:rPr>
          <w:sz w:val="17"/>
        </w:rPr>
        <w:t>• Idejni projekt, projektna, tehnička, arhitektonska, konzervatorska i druga opsežna dokumentacija može se dostaviti na USB mediju. Dokument dostavljen isključivo elektronički mora biti jasno naveden u ovom Popisu.</w:t>
      </w:r>
    </w:p>
    <w:p w14:paraId="587988F1" w14:textId="77777777" w:rsidR="00A472DB" w:rsidRDefault="00000000">
      <w:pPr>
        <w:spacing w:after="40"/>
        <w:ind w:left="255" w:hanging="142"/>
      </w:pPr>
      <w:r>
        <w:rPr>
          <w:sz w:val="17"/>
        </w:rPr>
        <w:lastRenderedPageBreak/>
        <w:t>• Prijave se razmatraju sukcesivno prema redoslijedu zaprimanja potpunih prijava. Nepotpuna prijava ne rezervira sredstva niti zadržava prvenstvo prema datumu prvotnog podnošenja.</w:t>
      </w:r>
    </w:p>
    <w:p w14:paraId="4987642F" w14:textId="77777777" w:rsidR="00A472DB" w:rsidRDefault="00000000">
      <w:pPr>
        <w:spacing w:after="40"/>
        <w:ind w:left="255" w:hanging="142"/>
      </w:pPr>
      <w:r>
        <w:rPr>
          <w:sz w:val="17"/>
        </w:rPr>
        <w:t>• Ako se prijava dopunjuje na poziv Povjerenstva, za potrebe redoslijeda smatra se potpunom datumom i vremenom zaprimanja posljednje dopuštene dopune kojom je postala potpuna.</w:t>
      </w:r>
    </w:p>
    <w:p w14:paraId="6A1B48B9" w14:textId="77777777" w:rsidR="00A472DB" w:rsidRDefault="00000000">
      <w:pPr>
        <w:spacing w:after="40"/>
        <w:ind w:left="255" w:hanging="142"/>
      </w:pPr>
      <w:r>
        <w:rPr>
          <w:sz w:val="17"/>
        </w:rPr>
        <w:t>• Ovaj Popis služi prijavitelju i Povjerenstvu kao pomoć pri provjeri dokumentacije te ne zamjenjuje obveze i uvjete propisane Javnim pozivom.</w:t>
      </w:r>
    </w:p>
    <w:p w14:paraId="33C1BF65" w14:textId="77777777" w:rsidR="00A472DB" w:rsidRDefault="00000000">
      <w:pPr>
        <w:spacing w:before="140" w:after="60"/>
      </w:pPr>
      <w:r>
        <w:rPr>
          <w:b/>
          <w:color w:val="366991"/>
          <w:sz w:val="21"/>
        </w:rPr>
        <w:t>6. POTVRDA PRIJAVITELJA</w:t>
      </w:r>
    </w:p>
    <w:p w14:paraId="2AD84588" w14:textId="77777777" w:rsidR="00A472DB" w:rsidRDefault="00000000">
      <w:pPr>
        <w:spacing w:after="100"/>
      </w:pPr>
      <w:r>
        <w:t>Potpisom prijavitelj potvrđuje da je u ovom Popisu označio svu dokumentaciju koja se dostavlja uz prijavu te da su podaci o načinu dostave točni.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0"/>
      </w:tblGrid>
      <w:tr w:rsidR="00A472DB" w14:paraId="5BB0A2E5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45F042F4" w14:textId="77777777" w:rsidR="00A472DB" w:rsidRDefault="00000000">
            <w:r>
              <w:rPr>
                <w:b/>
                <w:sz w:val="17"/>
              </w:rPr>
              <w:t>Mjesto i datum</w:t>
            </w:r>
          </w:p>
        </w:tc>
        <w:tc>
          <w:tcPr>
            <w:tcW w:w="5156" w:type="dxa"/>
            <w:vAlign w:val="center"/>
          </w:tcPr>
          <w:p w14:paraId="2D456E99" w14:textId="77777777" w:rsidR="00A472DB" w:rsidRDefault="00A472DB"/>
        </w:tc>
      </w:tr>
      <w:tr w:rsidR="00A472DB" w14:paraId="551A66EE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226617B1" w14:textId="77777777" w:rsidR="00A472DB" w:rsidRDefault="00000000">
            <w:r>
              <w:rPr>
                <w:b/>
                <w:sz w:val="17"/>
              </w:rPr>
              <w:t>Ime i prezime odgovorne osobe / prijavitelja</w:t>
            </w:r>
          </w:p>
        </w:tc>
        <w:tc>
          <w:tcPr>
            <w:tcW w:w="5156" w:type="dxa"/>
            <w:vAlign w:val="center"/>
          </w:tcPr>
          <w:p w14:paraId="41A79560" w14:textId="77777777" w:rsidR="00A472DB" w:rsidRDefault="00A472DB"/>
        </w:tc>
      </w:tr>
      <w:tr w:rsidR="00A472DB" w14:paraId="0067911E" w14:textId="77777777">
        <w:trPr>
          <w:jc w:val="center"/>
        </w:trPr>
        <w:tc>
          <w:tcPr>
            <w:tcW w:w="5156" w:type="dxa"/>
            <w:shd w:val="clear" w:color="auto" w:fill="E7E6E6"/>
            <w:vAlign w:val="center"/>
          </w:tcPr>
          <w:p w14:paraId="70EB973E" w14:textId="77777777" w:rsidR="00A472DB" w:rsidRDefault="00000000">
            <w:r>
              <w:rPr>
                <w:b/>
                <w:sz w:val="17"/>
              </w:rPr>
              <w:t>Potpis i M.P. (ako je primjenjivo)</w:t>
            </w:r>
          </w:p>
        </w:tc>
        <w:tc>
          <w:tcPr>
            <w:tcW w:w="5156" w:type="dxa"/>
            <w:vAlign w:val="center"/>
          </w:tcPr>
          <w:p w14:paraId="19161D1D" w14:textId="77777777" w:rsidR="00A472DB" w:rsidRDefault="00A472DB"/>
        </w:tc>
      </w:tr>
    </w:tbl>
    <w:p w14:paraId="2036EC7D" w14:textId="77777777" w:rsidR="007F573F" w:rsidRDefault="007F573F"/>
    <w:sectPr w:rsidR="007F573F" w:rsidSect="00940F82">
      <w:headerReference w:type="first" r:id="rId8"/>
      <w:pgSz w:w="12240" w:h="15840"/>
      <w:pgMar w:top="850" w:right="964" w:bottom="850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D2C5" w14:textId="77777777" w:rsidR="007F573F" w:rsidRDefault="007F573F" w:rsidP="00940F82">
      <w:pPr>
        <w:spacing w:after="0" w:line="240" w:lineRule="auto"/>
      </w:pPr>
      <w:r>
        <w:separator/>
      </w:r>
    </w:p>
  </w:endnote>
  <w:endnote w:type="continuationSeparator" w:id="0">
    <w:p w14:paraId="328261B8" w14:textId="77777777" w:rsidR="007F573F" w:rsidRDefault="007F573F" w:rsidP="0094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6B5F1" w14:textId="77777777" w:rsidR="007F573F" w:rsidRDefault="007F573F" w:rsidP="00940F82">
      <w:pPr>
        <w:spacing w:after="0" w:line="240" w:lineRule="auto"/>
      </w:pPr>
      <w:r>
        <w:separator/>
      </w:r>
    </w:p>
  </w:footnote>
  <w:footnote w:type="continuationSeparator" w:id="0">
    <w:p w14:paraId="6455A929" w14:textId="77777777" w:rsidR="007F573F" w:rsidRDefault="007F573F" w:rsidP="00940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85559" w14:textId="766BBD20" w:rsidR="00940F82" w:rsidRDefault="00940F82" w:rsidP="00940F82">
    <w:pPr>
      <w:pStyle w:val="Zaglavlje"/>
      <w:jc w:val="center"/>
    </w:pPr>
    <w:r w:rsidRPr="00AF4D97">
      <w:rPr>
        <w:noProof/>
      </w:rPr>
      <w:drawing>
        <wp:inline distT="0" distB="0" distL="0" distR="0" wp14:anchorId="707AFA27" wp14:editId="38DB9EFB">
          <wp:extent cx="777240" cy="952500"/>
          <wp:effectExtent l="0" t="0" r="3810" b="0"/>
          <wp:docPr id="1086002033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1E437488" wp14:editId="1CDA3B48">
          <wp:extent cx="1242060" cy="1043940"/>
          <wp:effectExtent l="0" t="0" r="0" b="3810"/>
          <wp:docPr id="103221329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3634129">
    <w:abstractNumId w:val="8"/>
  </w:num>
  <w:num w:numId="2" w16cid:durableId="1779328208">
    <w:abstractNumId w:val="6"/>
  </w:num>
  <w:num w:numId="3" w16cid:durableId="249855025">
    <w:abstractNumId w:val="5"/>
  </w:num>
  <w:num w:numId="4" w16cid:durableId="1685547362">
    <w:abstractNumId w:val="4"/>
  </w:num>
  <w:num w:numId="5" w16cid:durableId="1645089170">
    <w:abstractNumId w:val="7"/>
  </w:num>
  <w:num w:numId="6" w16cid:durableId="1613512972">
    <w:abstractNumId w:val="3"/>
  </w:num>
  <w:num w:numId="7" w16cid:durableId="1591498585">
    <w:abstractNumId w:val="2"/>
  </w:num>
  <w:num w:numId="8" w16cid:durableId="218520464">
    <w:abstractNumId w:val="1"/>
  </w:num>
  <w:num w:numId="9" w16cid:durableId="137569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F573F"/>
    <w:rsid w:val="00940F82"/>
    <w:rsid w:val="00A472DB"/>
    <w:rsid w:val="00AA1D8D"/>
    <w:rsid w:val="00B47730"/>
    <w:rsid w:val="00CB0664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F0A7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2026-08-31T05:52:00Z</dcterms:created>
  <dcterms:modified xsi:type="dcterms:W3CDTF">2026-08-31T05:52:00Z</dcterms:modified>
  <cp:category/>
</cp:coreProperties>
</file>