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BB33D" w14:textId="77777777" w:rsidR="00F5774C" w:rsidRDefault="00000000">
      <w:pPr>
        <w:rPr>
          <w:b/>
          <w:sz w:val="26"/>
        </w:rPr>
      </w:pPr>
      <w:r>
        <w:rPr>
          <w:b/>
          <w:sz w:val="26"/>
        </w:rPr>
        <w:t>OBRAZAC 5.</w:t>
      </w:r>
    </w:p>
    <w:p w14:paraId="6DA6D963" w14:textId="77777777" w:rsidR="00242A06" w:rsidRDefault="00242A06"/>
    <w:p w14:paraId="78D814BB" w14:textId="77777777" w:rsidR="00F5774C" w:rsidRDefault="00000000">
      <w:pPr>
        <w:jc w:val="center"/>
      </w:pPr>
      <w:r>
        <w:rPr>
          <w:b/>
          <w:sz w:val="30"/>
        </w:rPr>
        <w:t>IZJAVA O IZBJEGAVANJU DVOSTRUKOG FINANCIRANJA</w:t>
      </w:r>
    </w:p>
    <w:p w14:paraId="14A04784" w14:textId="77777777" w:rsidR="00F5774C" w:rsidRDefault="00000000">
      <w:pPr>
        <w:jc w:val="center"/>
      </w:pPr>
      <w:r>
        <w:rPr>
          <w:b/>
          <w:sz w:val="19"/>
        </w:rPr>
        <w:t>po Javnom pozivu za dodjelu bespovratnih potpora za razvoj turističkih</w:t>
      </w:r>
      <w:r>
        <w:rPr>
          <w:b/>
          <w:sz w:val="19"/>
        </w:rPr>
        <w:br/>
        <w:t>smještajnih kapaciteta u postojećim objektima na području Grada Bjelovara</w:t>
      </w:r>
    </w:p>
    <w:p w14:paraId="63E456E9" w14:textId="77777777" w:rsidR="00F5774C" w:rsidRDefault="00000000">
      <w:pPr>
        <w:spacing w:before="160" w:after="80"/>
      </w:pPr>
      <w:r>
        <w:rPr>
          <w:b/>
          <w:color w:val="366991"/>
          <w:sz w:val="22"/>
        </w:rPr>
        <w:t>1. PODACI O PRIJAVITELJU I PROJEKTU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5096"/>
        <w:gridCol w:w="5094"/>
      </w:tblGrid>
      <w:tr w:rsidR="00F5774C" w14:paraId="2AE7785C" w14:textId="77777777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49E71F2E" w14:textId="77777777" w:rsidR="00F5774C" w:rsidRDefault="00000000">
            <w:r>
              <w:rPr>
                <w:b/>
                <w:sz w:val="19"/>
              </w:rPr>
              <w:t>Ime i prezime / naziv prijavitelja</w:t>
            </w:r>
          </w:p>
        </w:tc>
        <w:tc>
          <w:tcPr>
            <w:tcW w:w="5100" w:type="dxa"/>
            <w:vAlign w:val="center"/>
          </w:tcPr>
          <w:p w14:paraId="42A40F30" w14:textId="77777777" w:rsidR="00F5774C" w:rsidRDefault="00F5774C"/>
        </w:tc>
      </w:tr>
      <w:tr w:rsidR="00F5774C" w14:paraId="6B526AF7" w14:textId="77777777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0D0125AF" w14:textId="77777777" w:rsidR="00F5774C" w:rsidRDefault="00000000">
            <w:r>
              <w:rPr>
                <w:b/>
                <w:sz w:val="19"/>
              </w:rPr>
              <w:t>OIB</w:t>
            </w:r>
          </w:p>
        </w:tc>
        <w:tc>
          <w:tcPr>
            <w:tcW w:w="5100" w:type="dxa"/>
            <w:vAlign w:val="center"/>
          </w:tcPr>
          <w:p w14:paraId="000F7043" w14:textId="77777777" w:rsidR="00F5774C" w:rsidRDefault="00F5774C"/>
        </w:tc>
      </w:tr>
      <w:tr w:rsidR="00F5774C" w14:paraId="2894A92F" w14:textId="77777777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53DE8183" w14:textId="77777777" w:rsidR="00F5774C" w:rsidRDefault="00000000">
            <w:r>
              <w:rPr>
                <w:b/>
                <w:sz w:val="19"/>
              </w:rPr>
              <w:t>Naziv projekta</w:t>
            </w:r>
          </w:p>
        </w:tc>
        <w:tc>
          <w:tcPr>
            <w:tcW w:w="5100" w:type="dxa"/>
            <w:vAlign w:val="center"/>
          </w:tcPr>
          <w:p w14:paraId="1A1B68EA" w14:textId="77777777" w:rsidR="00F5774C" w:rsidRDefault="00F5774C"/>
        </w:tc>
      </w:tr>
      <w:tr w:rsidR="00F5774C" w14:paraId="3834D7AF" w14:textId="77777777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6A2B312F" w14:textId="77777777" w:rsidR="00F5774C" w:rsidRDefault="00000000">
            <w:r>
              <w:rPr>
                <w:b/>
                <w:sz w:val="19"/>
              </w:rPr>
              <w:t>Adresa provedbe projekta</w:t>
            </w:r>
          </w:p>
        </w:tc>
        <w:tc>
          <w:tcPr>
            <w:tcW w:w="5100" w:type="dxa"/>
            <w:vAlign w:val="center"/>
          </w:tcPr>
          <w:p w14:paraId="160AD25C" w14:textId="77777777" w:rsidR="00F5774C" w:rsidRDefault="00F5774C"/>
        </w:tc>
      </w:tr>
      <w:tr w:rsidR="00F5774C" w14:paraId="44F0FB83" w14:textId="77777777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5E431A42" w14:textId="77777777" w:rsidR="00F5774C" w:rsidRDefault="00000000">
            <w:r>
              <w:rPr>
                <w:b/>
                <w:sz w:val="19"/>
              </w:rPr>
              <w:t>Kategorija projekta iz točke 7. Javnog poziva</w:t>
            </w:r>
          </w:p>
        </w:tc>
        <w:tc>
          <w:tcPr>
            <w:tcW w:w="5100" w:type="dxa"/>
            <w:vAlign w:val="center"/>
          </w:tcPr>
          <w:p w14:paraId="4F532CF8" w14:textId="77777777" w:rsidR="00F5774C" w:rsidRDefault="00F5774C"/>
        </w:tc>
      </w:tr>
    </w:tbl>
    <w:p w14:paraId="6BEDAD20" w14:textId="77777777" w:rsidR="00F5774C" w:rsidRDefault="00000000">
      <w:pPr>
        <w:spacing w:before="160" w:after="80"/>
      </w:pPr>
      <w:r>
        <w:rPr>
          <w:b/>
          <w:color w:val="366991"/>
          <w:sz w:val="22"/>
        </w:rPr>
        <w:t>2. IZJAVA PRIJAVITELJA</w:t>
      </w:r>
    </w:p>
    <w:p w14:paraId="18178AFB" w14:textId="77777777" w:rsidR="00F5774C" w:rsidRDefault="00000000">
      <w:pPr>
        <w:spacing w:after="100"/>
      </w:pPr>
      <w:r>
        <w:rPr>
          <w:b/>
        </w:rPr>
        <w:t>Pod materijalnom i kaznenom odgovornošću izjavljujem:</w:t>
      </w:r>
    </w:p>
    <w:p w14:paraId="5A3B7774" w14:textId="77777777" w:rsidR="00F5774C" w:rsidRDefault="00000000">
      <w:pPr>
        <w:spacing w:after="60"/>
        <w:ind w:left="255" w:hanging="142"/>
      </w:pPr>
      <w:r>
        <w:rPr>
          <w:sz w:val="19"/>
        </w:rPr>
        <w:t>• da troškovi odnosno dio troškova prijavljenih za sufinanciranje temeljem ovog Javnog poziva nisu financirani niti će biti financirani iz drugog javnog izvora u dijelu u kojem bi takvo financiranje predstavljalo dvostruko financiranje;</w:t>
      </w:r>
    </w:p>
    <w:p w14:paraId="366286CA" w14:textId="77777777" w:rsidR="00F5774C" w:rsidRDefault="00000000">
      <w:pPr>
        <w:spacing w:after="60"/>
        <w:ind w:left="255" w:hanging="142"/>
      </w:pPr>
      <w:r>
        <w:rPr>
          <w:sz w:val="19"/>
        </w:rPr>
        <w:t>• da za isti prihvatljivi trošak odnosno isti dio troška neću ostvariti financiranje iz dva ili više javnih izvora, uključujući sredstva državnog proračuna, proračuna jedinica lokalne i područne (regionalne) samouprave, fondova i programa Europske unije te drugih javnih izvora;</w:t>
      </w:r>
    </w:p>
    <w:p w14:paraId="7CD9D190" w14:textId="77777777" w:rsidR="00F5774C" w:rsidRDefault="00000000">
      <w:pPr>
        <w:spacing w:after="60"/>
        <w:ind w:left="255" w:hanging="142"/>
      </w:pPr>
      <w:r>
        <w:rPr>
          <w:sz w:val="19"/>
        </w:rPr>
        <w:t>• da sam u Obrascu 3. – Financijski plan i troškovnik projekta naveo/la sve druge javne izvore financiranja koje koristim ili planiram koristiti za predmetni projekt, kao i njihov status, iznos i namjenu;</w:t>
      </w:r>
    </w:p>
    <w:p w14:paraId="4B498DE1" w14:textId="77777777" w:rsidR="00F5774C" w:rsidRDefault="00000000">
      <w:pPr>
        <w:spacing w:after="60"/>
        <w:ind w:left="255" w:hanging="142"/>
      </w:pPr>
      <w:r>
        <w:rPr>
          <w:sz w:val="19"/>
        </w:rPr>
        <w:t>• da ću bez odgode, a najkasnije prije utvrđivanja konačnog iznosa potpore i njezine isplate, pisanim putem obavijestiti Turističku zajednicu Bilogora – Bjelovar o svakoj naknadnoj prijavi, odobrenju ili isplati sredstava iz drugog javnog izvora koja se odnosi na predmetni projekt;</w:t>
      </w:r>
    </w:p>
    <w:p w14:paraId="5FD4C149" w14:textId="77777777" w:rsidR="00F5774C" w:rsidRDefault="00000000">
      <w:pPr>
        <w:spacing w:after="60"/>
        <w:ind w:left="255" w:hanging="142"/>
      </w:pPr>
      <w:r>
        <w:rPr>
          <w:sz w:val="19"/>
        </w:rPr>
        <w:t>• da ću na zahtjev Grada Bjelovara, Turističke zajednice Bilogora – Bjelovar odnosno Povjerenstva dostaviti sve podatke i dokumentaciju potrebnu za provjeru izvora financiranja projekta i izbjegavanja dvostrukog financiranja;</w:t>
      </w:r>
    </w:p>
    <w:p w14:paraId="0007F17A" w14:textId="77777777" w:rsidR="00F5774C" w:rsidRDefault="00000000">
      <w:pPr>
        <w:spacing w:after="60"/>
        <w:ind w:left="255" w:hanging="142"/>
      </w:pPr>
      <w:r>
        <w:rPr>
          <w:sz w:val="19"/>
        </w:rPr>
        <w:t>• da sam upoznat/a da utvrđeno dvostruko financiranje može dovesti do nepriznavanja pojedinog troška, umanjenja konačnog iznosa potpore ili gubitka prava na isplatu potpore, a ako se utvrdi nakon isplate, do obveze povrata cjelokupnog ili odgovarajućeg dijela isplaćene potpore, sukladno Javnom pozivu i Ugovoru o dodjeli bespovratne potpore.</w:t>
      </w:r>
    </w:p>
    <w:p w14:paraId="4BC794A2" w14:textId="77777777" w:rsidR="00F5774C" w:rsidRDefault="00000000">
      <w:pPr>
        <w:spacing w:before="160" w:after="80"/>
      </w:pPr>
      <w:r>
        <w:rPr>
          <w:b/>
          <w:color w:val="366991"/>
          <w:sz w:val="22"/>
        </w:rPr>
        <w:t>3. DRUGI JAVNI IZVORI FINANCIRANJA ZA PREDMETNI PROJEKT</w:t>
      </w:r>
    </w:p>
    <w:p w14:paraId="429DF759" w14:textId="77777777" w:rsidR="00F5774C" w:rsidRDefault="00000000">
      <w:pPr>
        <w:spacing w:after="60"/>
      </w:pPr>
      <w:r>
        <w:t>Koristi li prijavitelj ili planira koristiti druga javna sredstva za predmetni projekt?</w:t>
      </w:r>
      <w:r>
        <w:rPr>
          <w:b/>
        </w:rPr>
        <w:br/>
        <w:t>☐ NE     ☐ DA</w:t>
      </w:r>
    </w:p>
    <w:p w14:paraId="4126F968" w14:textId="77777777" w:rsidR="00F5774C" w:rsidRDefault="00000000">
      <w:pPr>
        <w:spacing w:after="80"/>
      </w:pPr>
      <w:r>
        <w:rPr>
          <w:b/>
        </w:rPr>
        <w:t>Ako je odgovor DA, navesti sve druge javne izvore: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038"/>
        <w:gridCol w:w="2038"/>
        <w:gridCol w:w="2038"/>
        <w:gridCol w:w="2038"/>
        <w:gridCol w:w="2038"/>
      </w:tblGrid>
      <w:tr w:rsidR="00F5774C" w14:paraId="3EF65CE4" w14:textId="77777777">
        <w:trPr>
          <w:jc w:val="center"/>
        </w:trPr>
        <w:tc>
          <w:tcPr>
            <w:tcW w:w="2040" w:type="dxa"/>
            <w:shd w:val="clear" w:color="auto" w:fill="D9EAF7"/>
            <w:vAlign w:val="center"/>
          </w:tcPr>
          <w:p w14:paraId="0F3AF016" w14:textId="77777777" w:rsidR="00F5774C" w:rsidRDefault="00000000">
            <w:r>
              <w:rPr>
                <w:b/>
                <w:sz w:val="17"/>
              </w:rPr>
              <w:t>R.br.</w:t>
            </w:r>
          </w:p>
        </w:tc>
        <w:tc>
          <w:tcPr>
            <w:tcW w:w="2040" w:type="dxa"/>
            <w:shd w:val="clear" w:color="auto" w:fill="D9EAF7"/>
            <w:vAlign w:val="center"/>
          </w:tcPr>
          <w:p w14:paraId="631945A5" w14:textId="77777777" w:rsidR="00F5774C" w:rsidRDefault="00000000">
            <w:r>
              <w:rPr>
                <w:b/>
                <w:sz w:val="17"/>
              </w:rPr>
              <w:t>Davatelj / program</w:t>
            </w:r>
          </w:p>
        </w:tc>
        <w:tc>
          <w:tcPr>
            <w:tcW w:w="2040" w:type="dxa"/>
            <w:shd w:val="clear" w:color="auto" w:fill="D9EAF7"/>
            <w:vAlign w:val="center"/>
          </w:tcPr>
          <w:p w14:paraId="5B91B9FC" w14:textId="77777777" w:rsidR="00F5774C" w:rsidRDefault="00000000">
            <w:r>
              <w:rPr>
                <w:b/>
                <w:sz w:val="17"/>
              </w:rPr>
              <w:t>Namjena</w:t>
            </w:r>
          </w:p>
        </w:tc>
        <w:tc>
          <w:tcPr>
            <w:tcW w:w="2040" w:type="dxa"/>
            <w:shd w:val="clear" w:color="auto" w:fill="D9EAF7"/>
            <w:vAlign w:val="center"/>
          </w:tcPr>
          <w:p w14:paraId="0098D9BC" w14:textId="77777777" w:rsidR="00F5774C" w:rsidRDefault="00000000">
            <w:r>
              <w:rPr>
                <w:b/>
                <w:sz w:val="17"/>
              </w:rPr>
              <w:t>Iznos (EUR)</w:t>
            </w:r>
          </w:p>
        </w:tc>
        <w:tc>
          <w:tcPr>
            <w:tcW w:w="2040" w:type="dxa"/>
            <w:shd w:val="clear" w:color="auto" w:fill="D9EAF7"/>
            <w:vAlign w:val="center"/>
          </w:tcPr>
          <w:p w14:paraId="02E5A4F8" w14:textId="77777777" w:rsidR="00F5774C" w:rsidRDefault="00000000">
            <w:r>
              <w:rPr>
                <w:b/>
                <w:sz w:val="17"/>
              </w:rPr>
              <w:t>Status</w:t>
            </w:r>
          </w:p>
        </w:tc>
      </w:tr>
      <w:tr w:rsidR="00F5774C" w14:paraId="1CAB424F" w14:textId="77777777">
        <w:trPr>
          <w:jc w:val="center"/>
        </w:trPr>
        <w:tc>
          <w:tcPr>
            <w:tcW w:w="2040" w:type="dxa"/>
            <w:vAlign w:val="center"/>
          </w:tcPr>
          <w:p w14:paraId="0C566EE8" w14:textId="77777777" w:rsidR="00F5774C" w:rsidRDefault="00000000">
            <w:r>
              <w:rPr>
                <w:sz w:val="17"/>
              </w:rPr>
              <w:t>1</w:t>
            </w:r>
          </w:p>
        </w:tc>
        <w:tc>
          <w:tcPr>
            <w:tcW w:w="2040" w:type="dxa"/>
            <w:vAlign w:val="center"/>
          </w:tcPr>
          <w:p w14:paraId="6AE97DDD" w14:textId="77777777" w:rsidR="00F5774C" w:rsidRDefault="00F5774C"/>
        </w:tc>
        <w:tc>
          <w:tcPr>
            <w:tcW w:w="2040" w:type="dxa"/>
            <w:vAlign w:val="center"/>
          </w:tcPr>
          <w:p w14:paraId="1A8E8159" w14:textId="77777777" w:rsidR="00F5774C" w:rsidRDefault="00F5774C"/>
        </w:tc>
        <w:tc>
          <w:tcPr>
            <w:tcW w:w="2040" w:type="dxa"/>
            <w:vAlign w:val="center"/>
          </w:tcPr>
          <w:p w14:paraId="6804E2C2" w14:textId="77777777" w:rsidR="00F5774C" w:rsidRDefault="00F5774C"/>
        </w:tc>
        <w:tc>
          <w:tcPr>
            <w:tcW w:w="2040" w:type="dxa"/>
            <w:vAlign w:val="center"/>
          </w:tcPr>
          <w:p w14:paraId="1E7C2BDB" w14:textId="77777777" w:rsidR="00F5774C" w:rsidRDefault="00F5774C"/>
        </w:tc>
      </w:tr>
      <w:tr w:rsidR="00F5774C" w14:paraId="2A896BBB" w14:textId="77777777">
        <w:trPr>
          <w:jc w:val="center"/>
        </w:trPr>
        <w:tc>
          <w:tcPr>
            <w:tcW w:w="2040" w:type="dxa"/>
            <w:vAlign w:val="center"/>
          </w:tcPr>
          <w:p w14:paraId="711B8AB1" w14:textId="77777777" w:rsidR="00F5774C" w:rsidRDefault="00000000">
            <w:r>
              <w:rPr>
                <w:sz w:val="17"/>
              </w:rPr>
              <w:t>2</w:t>
            </w:r>
          </w:p>
        </w:tc>
        <w:tc>
          <w:tcPr>
            <w:tcW w:w="2040" w:type="dxa"/>
            <w:vAlign w:val="center"/>
          </w:tcPr>
          <w:p w14:paraId="48A498C5" w14:textId="77777777" w:rsidR="00F5774C" w:rsidRDefault="00F5774C"/>
        </w:tc>
        <w:tc>
          <w:tcPr>
            <w:tcW w:w="2040" w:type="dxa"/>
            <w:vAlign w:val="center"/>
          </w:tcPr>
          <w:p w14:paraId="6D8589C4" w14:textId="77777777" w:rsidR="00F5774C" w:rsidRDefault="00F5774C"/>
        </w:tc>
        <w:tc>
          <w:tcPr>
            <w:tcW w:w="2040" w:type="dxa"/>
            <w:vAlign w:val="center"/>
          </w:tcPr>
          <w:p w14:paraId="370319FE" w14:textId="77777777" w:rsidR="00F5774C" w:rsidRDefault="00F5774C"/>
        </w:tc>
        <w:tc>
          <w:tcPr>
            <w:tcW w:w="2040" w:type="dxa"/>
            <w:vAlign w:val="center"/>
          </w:tcPr>
          <w:p w14:paraId="0D08ED6F" w14:textId="77777777" w:rsidR="00F5774C" w:rsidRDefault="00F5774C"/>
        </w:tc>
      </w:tr>
      <w:tr w:rsidR="00F5774C" w14:paraId="337963AD" w14:textId="77777777">
        <w:trPr>
          <w:jc w:val="center"/>
        </w:trPr>
        <w:tc>
          <w:tcPr>
            <w:tcW w:w="2040" w:type="dxa"/>
            <w:vAlign w:val="center"/>
          </w:tcPr>
          <w:p w14:paraId="74F6A572" w14:textId="77777777" w:rsidR="00F5774C" w:rsidRDefault="00000000">
            <w:r>
              <w:rPr>
                <w:sz w:val="17"/>
              </w:rPr>
              <w:t>3</w:t>
            </w:r>
          </w:p>
        </w:tc>
        <w:tc>
          <w:tcPr>
            <w:tcW w:w="2040" w:type="dxa"/>
            <w:vAlign w:val="center"/>
          </w:tcPr>
          <w:p w14:paraId="3535EF51" w14:textId="77777777" w:rsidR="00F5774C" w:rsidRDefault="00F5774C"/>
        </w:tc>
        <w:tc>
          <w:tcPr>
            <w:tcW w:w="2040" w:type="dxa"/>
            <w:vAlign w:val="center"/>
          </w:tcPr>
          <w:p w14:paraId="712AB54A" w14:textId="77777777" w:rsidR="00F5774C" w:rsidRDefault="00F5774C"/>
        </w:tc>
        <w:tc>
          <w:tcPr>
            <w:tcW w:w="2040" w:type="dxa"/>
            <w:vAlign w:val="center"/>
          </w:tcPr>
          <w:p w14:paraId="0E79C0F0" w14:textId="77777777" w:rsidR="00F5774C" w:rsidRDefault="00F5774C"/>
        </w:tc>
        <w:tc>
          <w:tcPr>
            <w:tcW w:w="2040" w:type="dxa"/>
            <w:vAlign w:val="center"/>
          </w:tcPr>
          <w:p w14:paraId="6FEB5DC6" w14:textId="77777777" w:rsidR="00F5774C" w:rsidRDefault="00F5774C"/>
        </w:tc>
      </w:tr>
      <w:tr w:rsidR="00F5774C" w14:paraId="5F6EBA63" w14:textId="77777777">
        <w:trPr>
          <w:jc w:val="center"/>
        </w:trPr>
        <w:tc>
          <w:tcPr>
            <w:tcW w:w="2040" w:type="dxa"/>
            <w:vAlign w:val="center"/>
          </w:tcPr>
          <w:p w14:paraId="52F1A94E" w14:textId="77777777" w:rsidR="00F5774C" w:rsidRDefault="00000000">
            <w:r>
              <w:rPr>
                <w:sz w:val="17"/>
              </w:rPr>
              <w:t>4</w:t>
            </w:r>
          </w:p>
        </w:tc>
        <w:tc>
          <w:tcPr>
            <w:tcW w:w="2040" w:type="dxa"/>
            <w:vAlign w:val="center"/>
          </w:tcPr>
          <w:p w14:paraId="1BF8FDCA" w14:textId="77777777" w:rsidR="00F5774C" w:rsidRDefault="00F5774C"/>
        </w:tc>
        <w:tc>
          <w:tcPr>
            <w:tcW w:w="2040" w:type="dxa"/>
            <w:vAlign w:val="center"/>
          </w:tcPr>
          <w:p w14:paraId="3A2CE9CD" w14:textId="77777777" w:rsidR="00F5774C" w:rsidRDefault="00F5774C"/>
        </w:tc>
        <w:tc>
          <w:tcPr>
            <w:tcW w:w="2040" w:type="dxa"/>
            <w:vAlign w:val="center"/>
          </w:tcPr>
          <w:p w14:paraId="681238E2" w14:textId="77777777" w:rsidR="00F5774C" w:rsidRDefault="00F5774C"/>
        </w:tc>
        <w:tc>
          <w:tcPr>
            <w:tcW w:w="2040" w:type="dxa"/>
            <w:vAlign w:val="center"/>
          </w:tcPr>
          <w:p w14:paraId="1E1D2705" w14:textId="77777777" w:rsidR="00F5774C" w:rsidRDefault="00F5774C"/>
        </w:tc>
      </w:tr>
    </w:tbl>
    <w:p w14:paraId="35F1646C" w14:textId="77777777" w:rsidR="00F5774C" w:rsidRDefault="00000000">
      <w:pPr>
        <w:spacing w:before="80" w:after="100"/>
        <w:rPr>
          <w:i/>
          <w:sz w:val="17"/>
        </w:rPr>
      </w:pPr>
      <w:r>
        <w:rPr>
          <w:i/>
          <w:sz w:val="17"/>
        </w:rPr>
        <w:t xml:space="preserve">Status: prijavljeno / </w:t>
      </w:r>
      <w:proofErr w:type="spellStart"/>
      <w:r>
        <w:rPr>
          <w:i/>
          <w:sz w:val="17"/>
        </w:rPr>
        <w:t>odobreno</w:t>
      </w:r>
      <w:proofErr w:type="spellEnd"/>
      <w:r>
        <w:rPr>
          <w:i/>
          <w:sz w:val="17"/>
        </w:rPr>
        <w:t xml:space="preserve"> / </w:t>
      </w:r>
      <w:proofErr w:type="spellStart"/>
      <w:r>
        <w:rPr>
          <w:i/>
          <w:sz w:val="17"/>
        </w:rPr>
        <w:t>isplaćeno</w:t>
      </w:r>
      <w:proofErr w:type="spellEnd"/>
      <w:r>
        <w:rPr>
          <w:i/>
          <w:sz w:val="17"/>
        </w:rPr>
        <w:t xml:space="preserve"> / </w:t>
      </w:r>
      <w:proofErr w:type="spellStart"/>
      <w:r>
        <w:rPr>
          <w:i/>
          <w:sz w:val="17"/>
        </w:rPr>
        <w:t>drugo</w:t>
      </w:r>
      <w:proofErr w:type="spellEnd"/>
      <w:r>
        <w:rPr>
          <w:i/>
          <w:sz w:val="17"/>
        </w:rPr>
        <w:t>.</w:t>
      </w:r>
    </w:p>
    <w:p w14:paraId="25905523" w14:textId="77777777" w:rsidR="00242A06" w:rsidRDefault="00242A06">
      <w:pPr>
        <w:spacing w:before="80" w:after="100"/>
      </w:pPr>
    </w:p>
    <w:p w14:paraId="08A651C3" w14:textId="77777777" w:rsidR="00F5774C" w:rsidRDefault="00000000">
      <w:pPr>
        <w:spacing w:before="160" w:after="80"/>
      </w:pPr>
      <w:r>
        <w:rPr>
          <w:b/>
          <w:color w:val="366991"/>
          <w:sz w:val="22"/>
        </w:rPr>
        <w:lastRenderedPageBreak/>
        <w:t>4. ZAVRŠNA POTVRDA</w:t>
      </w:r>
    </w:p>
    <w:p w14:paraId="6F9B671A" w14:textId="77777777" w:rsidR="00F5774C" w:rsidRDefault="00000000">
      <w:pPr>
        <w:spacing w:after="120"/>
      </w:pPr>
      <w:r>
        <w:rPr>
          <w:sz w:val="19"/>
        </w:rPr>
        <w:t>Potpisom ove Izjave prijavitelj potvrđuje da su svi navedeni podaci istiniti, potpuni i točni te prihvaća provjeru navedenih podataka i dokumentacije radi osiguranja namjenskog korištenja javnih sredstava i sprječavanja dvostrukog financiranja.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5096"/>
        <w:gridCol w:w="5094"/>
      </w:tblGrid>
      <w:tr w:rsidR="00F5774C" w14:paraId="2A9FA73C" w14:textId="77777777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37CF324D" w14:textId="77777777" w:rsidR="00F5774C" w:rsidRDefault="00000000">
            <w:r>
              <w:rPr>
                <w:b/>
                <w:sz w:val="19"/>
              </w:rPr>
              <w:t>Mjesto i datum</w:t>
            </w:r>
          </w:p>
        </w:tc>
        <w:tc>
          <w:tcPr>
            <w:tcW w:w="5100" w:type="dxa"/>
            <w:vAlign w:val="center"/>
          </w:tcPr>
          <w:p w14:paraId="22C99681" w14:textId="77777777" w:rsidR="00F5774C" w:rsidRDefault="00F5774C"/>
        </w:tc>
      </w:tr>
      <w:tr w:rsidR="00F5774C" w14:paraId="41D15C50" w14:textId="77777777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49DF7081" w14:textId="77777777" w:rsidR="00F5774C" w:rsidRDefault="00000000">
            <w:r>
              <w:rPr>
                <w:b/>
                <w:sz w:val="19"/>
              </w:rPr>
              <w:t>Ime i prezime odgovorne osobe / prijavitelja</w:t>
            </w:r>
          </w:p>
        </w:tc>
        <w:tc>
          <w:tcPr>
            <w:tcW w:w="5100" w:type="dxa"/>
            <w:vAlign w:val="center"/>
          </w:tcPr>
          <w:p w14:paraId="1BEBD830" w14:textId="77777777" w:rsidR="00F5774C" w:rsidRDefault="00F5774C"/>
        </w:tc>
      </w:tr>
      <w:tr w:rsidR="00F5774C" w14:paraId="22565A8D" w14:textId="77777777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17CF4FB8" w14:textId="77777777" w:rsidR="00F5774C" w:rsidRDefault="00000000">
            <w:r>
              <w:rPr>
                <w:b/>
                <w:sz w:val="19"/>
              </w:rPr>
              <w:t>Potpis i M.P. (ako je primjenjivo)</w:t>
            </w:r>
          </w:p>
        </w:tc>
        <w:tc>
          <w:tcPr>
            <w:tcW w:w="5100" w:type="dxa"/>
            <w:vAlign w:val="center"/>
          </w:tcPr>
          <w:p w14:paraId="0731F37B" w14:textId="77777777" w:rsidR="00F5774C" w:rsidRDefault="00F5774C"/>
        </w:tc>
      </w:tr>
    </w:tbl>
    <w:p w14:paraId="65DC94C8" w14:textId="77777777" w:rsidR="007F2615" w:rsidRDefault="007F2615"/>
    <w:sectPr w:rsidR="007F2615" w:rsidSect="00242A06">
      <w:headerReference w:type="first" r:id="rId8"/>
      <w:pgSz w:w="12240" w:h="15840"/>
      <w:pgMar w:top="964" w:right="1020" w:bottom="964" w:left="10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FE22C" w14:textId="77777777" w:rsidR="009E7BA7" w:rsidRDefault="009E7BA7" w:rsidP="00242A06">
      <w:pPr>
        <w:spacing w:after="0" w:line="240" w:lineRule="auto"/>
      </w:pPr>
      <w:r>
        <w:separator/>
      </w:r>
    </w:p>
  </w:endnote>
  <w:endnote w:type="continuationSeparator" w:id="0">
    <w:p w14:paraId="1E5186C6" w14:textId="77777777" w:rsidR="009E7BA7" w:rsidRDefault="009E7BA7" w:rsidP="00242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B6785" w14:textId="77777777" w:rsidR="009E7BA7" w:rsidRDefault="009E7BA7" w:rsidP="00242A06">
      <w:pPr>
        <w:spacing w:after="0" w:line="240" w:lineRule="auto"/>
      </w:pPr>
      <w:r>
        <w:separator/>
      </w:r>
    </w:p>
  </w:footnote>
  <w:footnote w:type="continuationSeparator" w:id="0">
    <w:p w14:paraId="1D85079E" w14:textId="77777777" w:rsidR="009E7BA7" w:rsidRDefault="009E7BA7" w:rsidP="00242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F5AE3" w14:textId="4F1605CA" w:rsidR="00242A06" w:rsidRDefault="00242A06" w:rsidP="00242A06">
    <w:pPr>
      <w:pStyle w:val="Zaglavlje"/>
      <w:jc w:val="center"/>
    </w:pPr>
    <w:r w:rsidRPr="00AF4D97">
      <w:rPr>
        <w:noProof/>
      </w:rPr>
      <w:drawing>
        <wp:inline distT="0" distB="0" distL="0" distR="0" wp14:anchorId="4D35F984" wp14:editId="2AB213B9">
          <wp:extent cx="777240" cy="952500"/>
          <wp:effectExtent l="0" t="0" r="3810" b="0"/>
          <wp:docPr id="1086002033" name="Slika 1" descr="Grb_Grada_Bjelovara_clean – Grad Bjelov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Grb_Grada_Bjelovara_clean – Grad Bjelov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06679">
      <w:rPr>
        <w:noProof/>
        <w:lang w:eastAsia="hr-HR"/>
      </w:rPr>
      <w:drawing>
        <wp:inline distT="0" distB="0" distL="0" distR="0" wp14:anchorId="1AE8EA3B" wp14:editId="746E96B9">
          <wp:extent cx="1242060" cy="1043940"/>
          <wp:effectExtent l="0" t="0" r="0" b="3810"/>
          <wp:docPr id="1032213295" name="Slika 3" descr="C:\Users\Iva\AppData\Local\Temp\logo-page-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9" descr="C:\Users\Iva\AppData\Local\Temp\logo-page-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74267527">
    <w:abstractNumId w:val="8"/>
  </w:num>
  <w:num w:numId="2" w16cid:durableId="1568229452">
    <w:abstractNumId w:val="6"/>
  </w:num>
  <w:num w:numId="3" w16cid:durableId="556236335">
    <w:abstractNumId w:val="5"/>
  </w:num>
  <w:num w:numId="4" w16cid:durableId="1167286020">
    <w:abstractNumId w:val="4"/>
  </w:num>
  <w:num w:numId="5" w16cid:durableId="1979870712">
    <w:abstractNumId w:val="7"/>
  </w:num>
  <w:num w:numId="6" w16cid:durableId="1399743096">
    <w:abstractNumId w:val="3"/>
  </w:num>
  <w:num w:numId="7" w16cid:durableId="965820329">
    <w:abstractNumId w:val="2"/>
  </w:num>
  <w:num w:numId="8" w16cid:durableId="1301424289">
    <w:abstractNumId w:val="1"/>
  </w:num>
  <w:num w:numId="9" w16cid:durableId="1974556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0CE4"/>
    <w:rsid w:val="0015074B"/>
    <w:rsid w:val="00242A06"/>
    <w:rsid w:val="0029639D"/>
    <w:rsid w:val="00326F90"/>
    <w:rsid w:val="007F2615"/>
    <w:rsid w:val="009E7BA7"/>
    <w:rsid w:val="00A358AB"/>
    <w:rsid w:val="00AA1D8D"/>
    <w:rsid w:val="00B47730"/>
    <w:rsid w:val="00CB0664"/>
    <w:rsid w:val="00D169A7"/>
    <w:rsid w:val="00F5774C"/>
    <w:rsid w:val="00FC55B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8E7534"/>
  <w14:defaultImageDpi w14:val="300"/>
  <w15:docId w15:val="{400F1FF2-CCF2-4FCF-815A-327EE7BF5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turističkazajednica bilogorabjelovar</cp:lastModifiedBy>
  <cp:revision>2</cp:revision>
  <dcterms:created xsi:type="dcterms:W3CDTF">2026-08-31T18:39:00Z</dcterms:created>
  <dcterms:modified xsi:type="dcterms:W3CDTF">2026-08-31T18:39:00Z</dcterms:modified>
  <cp:category/>
</cp:coreProperties>
</file>