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A638B" w14:textId="77777777" w:rsidR="004C2A7D" w:rsidRPr="004E0E4B" w:rsidRDefault="00000000" w:rsidP="004E0E4B">
      <w:pPr>
        <w:rPr>
          <w:sz w:val="28"/>
          <w:szCs w:val="28"/>
        </w:rPr>
      </w:pPr>
      <w:r w:rsidRPr="004E0E4B">
        <w:rPr>
          <w:b/>
          <w:sz w:val="28"/>
          <w:szCs w:val="28"/>
        </w:rPr>
        <w:t>OBRAZAC 2.</w:t>
      </w:r>
    </w:p>
    <w:p w14:paraId="2B79A616" w14:textId="77777777" w:rsidR="004C2A7D" w:rsidRDefault="00000000">
      <w:pPr>
        <w:jc w:val="center"/>
      </w:pPr>
      <w:proofErr w:type="gramStart"/>
      <w:r>
        <w:rPr>
          <w:b/>
          <w:sz w:val="30"/>
        </w:rPr>
        <w:t>OPIS PROJEKTA</w:t>
      </w:r>
      <w:proofErr w:type="gramEnd"/>
      <w:r>
        <w:rPr>
          <w:b/>
          <w:sz w:val="30"/>
        </w:rPr>
        <w:t xml:space="preserve"> I PLAN RAZVOJA SMJEŠTAJNIH KAPACITETA</w:t>
      </w:r>
    </w:p>
    <w:p w14:paraId="74E5649E" w14:textId="77777777" w:rsidR="004C2A7D" w:rsidRDefault="00000000">
      <w:pPr>
        <w:jc w:val="center"/>
      </w:pPr>
      <w:r>
        <w:rPr>
          <w:b/>
          <w:sz w:val="21"/>
        </w:rPr>
        <w:t>Javni poziv za dodjelu bespovratnih potpora za razvoj turističkih smještajnih kapaciteta</w:t>
      </w:r>
      <w:r>
        <w:rPr>
          <w:b/>
          <w:sz w:val="21"/>
        </w:rPr>
        <w:br/>
        <w:t>u postojećim objektima na području Grada Bjelovara</w:t>
      </w:r>
    </w:p>
    <w:p w14:paraId="1F51FE4E" w14:textId="77777777" w:rsidR="004C2A7D" w:rsidRDefault="00000000">
      <w:pPr>
        <w:pStyle w:val="Naslov1"/>
      </w:pPr>
      <w:r>
        <w:t>1. OSNOVNI PODACI O PROJEKTU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5669"/>
      </w:tblGrid>
      <w:tr w:rsidR="004C2A7D" w14:paraId="6B1E3493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95C862" w14:textId="77777777" w:rsidR="004C2A7D" w:rsidRDefault="00000000">
            <w:r>
              <w:rPr>
                <w:b/>
                <w:sz w:val="19"/>
              </w:rPr>
              <w:t>Naziv prijavitelja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352D78" w14:textId="77777777" w:rsidR="004C2A7D" w:rsidRDefault="004C2A7D"/>
        </w:tc>
      </w:tr>
      <w:tr w:rsidR="004C2A7D" w14:paraId="09F98C66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D3DF65" w14:textId="77777777" w:rsidR="004C2A7D" w:rsidRDefault="00000000">
            <w:r>
              <w:rPr>
                <w:b/>
                <w:sz w:val="19"/>
              </w:rPr>
              <w:t>Naziv projekta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2DE00F" w14:textId="77777777" w:rsidR="004C2A7D" w:rsidRDefault="004C2A7D"/>
        </w:tc>
      </w:tr>
      <w:tr w:rsidR="004C2A7D" w14:paraId="0FE59707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8BE80A" w14:textId="77777777" w:rsidR="004C2A7D" w:rsidRDefault="00000000">
            <w:r>
              <w:rPr>
                <w:b/>
                <w:sz w:val="19"/>
              </w:rPr>
              <w:t>Adresa provedbe projekta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51B04F" w14:textId="77777777" w:rsidR="004C2A7D" w:rsidRDefault="004C2A7D"/>
        </w:tc>
      </w:tr>
      <w:tr w:rsidR="004C2A7D" w14:paraId="31F764B2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DF903A" w14:textId="77777777" w:rsidR="004C2A7D" w:rsidRDefault="00000000">
            <w:r>
              <w:rPr>
                <w:b/>
                <w:sz w:val="19"/>
              </w:rPr>
              <w:t>Kategorija projekta iz točke 7. Javnog poziva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CF31D" w14:textId="77777777" w:rsidR="004C2A7D" w:rsidRDefault="004C2A7D"/>
        </w:tc>
      </w:tr>
      <w:tr w:rsidR="004C2A7D" w14:paraId="22AF2297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DECD3D" w14:textId="77777777" w:rsidR="004C2A7D" w:rsidRDefault="00000000">
            <w:r>
              <w:rPr>
                <w:b/>
                <w:sz w:val="19"/>
              </w:rPr>
              <w:t>Planirana vrsta smještajnog objekta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748F6D" w14:textId="77777777" w:rsidR="004C2A7D" w:rsidRDefault="004C2A7D"/>
        </w:tc>
      </w:tr>
      <w:tr w:rsidR="004C2A7D" w14:paraId="7F690831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CEB41A" w14:textId="77777777" w:rsidR="004C2A7D" w:rsidRDefault="00000000">
            <w:r>
              <w:rPr>
                <w:b/>
                <w:sz w:val="19"/>
              </w:rPr>
              <w:t>Planirana kategorija / poseban standard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E01A98" w14:textId="77777777" w:rsidR="004C2A7D" w:rsidRDefault="004C2A7D"/>
        </w:tc>
      </w:tr>
    </w:tbl>
    <w:p w14:paraId="7B6C2ADF" w14:textId="77777777" w:rsidR="0027236B" w:rsidRDefault="00000000">
      <w:pPr>
        <w:pStyle w:val="Naslov1"/>
      </w:pPr>
      <w:r>
        <w:rPr>
          <w:b w:val="0"/>
          <w:i/>
        </w:rPr>
        <w:t>Napomena: Kategorija projekta upisuje se prema važećoj točki 7. Javnog poziva, uključujući Kategoriju IV. – Depandansa, kada je primjenjivo.</w:t>
      </w:r>
    </w:p>
    <w:p w14:paraId="7FB59C94" w14:textId="77777777" w:rsidR="004C2A7D" w:rsidRDefault="00000000">
      <w:pPr>
        <w:pStyle w:val="Naslov1"/>
      </w:pPr>
      <w:r>
        <w:t>2. POSTOJEĆE STANJE GRAĐEVINE I PROSTORA</w:t>
      </w:r>
    </w:p>
    <w:p w14:paraId="7544C56F" w14:textId="77777777" w:rsidR="004C2A7D" w:rsidRDefault="00000000">
      <w:r>
        <w:t>Opisati postojeću građevinu odnosno prostor u kojem će se projekt provoditi, uključujući sadašnju namjenu, stanje, način korištenja i osnovna obilježja.</w:t>
      </w:r>
    </w:p>
    <w:p w14:paraId="6A573446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2E7D527F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18D2AFA6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65A94127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29356ACF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014F416C" w14:textId="77777777" w:rsidR="004C2A7D" w:rsidRDefault="00000000">
      <w:r>
        <w:t>Trenutačna namjena građevine/prostora:</w:t>
      </w:r>
    </w:p>
    <w:p w14:paraId="588D84E1" w14:textId="77777777" w:rsidR="004C2A7D" w:rsidRDefault="00000000">
      <w:r>
        <w:t>☐ stambena     ☐ poslovna     ☐ ugostiteljska/turistička     ☐ trenutno se ne koristi     ☐ drugo: __________________</w:t>
      </w:r>
    </w:p>
    <w:p w14:paraId="482F91DE" w14:textId="77777777" w:rsidR="004C2A7D" w:rsidRDefault="00000000">
      <w:r>
        <w:t>Građevina/prostor je:</w:t>
      </w:r>
    </w:p>
    <w:p w14:paraId="63FBC6B1" w14:textId="77777777" w:rsidR="004C2A7D" w:rsidRDefault="00000000">
      <w:r>
        <w:t>☐ u cijelosti u uporabi     ☐ djelomično u uporabi     ☐ pretežito neiskorišten     ☐ u cijelosti neiskorišten</w:t>
      </w:r>
    </w:p>
    <w:p w14:paraId="4D02545C" w14:textId="77777777" w:rsidR="004C2A7D" w:rsidRDefault="00000000">
      <w:r>
        <w:t>Postoji li trenutno registriran smještajni kapacitet u građevini/prostoru?   ☐ NE   ☐ DA</w:t>
      </w:r>
    </w:p>
    <w:p w14:paraId="3B56AB50" w14:textId="77777777" w:rsidR="00E80BF0" w:rsidRDefault="00E80BF0"/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5669"/>
      </w:tblGrid>
      <w:tr w:rsidR="004C2A7D" w14:paraId="4DAEE322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6B2203" w14:textId="77777777" w:rsidR="004C2A7D" w:rsidRDefault="00000000">
            <w:r>
              <w:rPr>
                <w:b/>
                <w:sz w:val="19"/>
              </w:rPr>
              <w:lastRenderedPageBreak/>
              <w:t>Ako DA – vrsta objekta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04D011" w14:textId="77777777" w:rsidR="004C2A7D" w:rsidRDefault="004C2A7D"/>
        </w:tc>
      </w:tr>
      <w:tr w:rsidR="004C2A7D" w14:paraId="40F83695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C69B7" w14:textId="77777777" w:rsidR="004C2A7D" w:rsidRDefault="00000000">
            <w:r>
              <w:rPr>
                <w:b/>
                <w:sz w:val="19"/>
              </w:rPr>
              <w:t>Postojeća kategorija / standard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806D92" w14:textId="77777777" w:rsidR="004C2A7D" w:rsidRDefault="004C2A7D"/>
        </w:tc>
      </w:tr>
      <w:tr w:rsidR="004C2A7D" w14:paraId="417327B7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52C2FB" w14:textId="77777777" w:rsidR="004C2A7D" w:rsidRDefault="00000000">
            <w:r>
              <w:rPr>
                <w:b/>
                <w:sz w:val="19"/>
              </w:rPr>
              <w:t>Broj smještajnih jedinica / soba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0ECA49" w14:textId="77777777" w:rsidR="004C2A7D" w:rsidRDefault="004C2A7D"/>
        </w:tc>
      </w:tr>
      <w:tr w:rsidR="004C2A7D" w14:paraId="2B6D8CE7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C75F1C" w14:textId="77777777" w:rsidR="004C2A7D" w:rsidRDefault="00000000">
            <w:r>
              <w:rPr>
                <w:b/>
                <w:sz w:val="19"/>
              </w:rPr>
              <w:t>Broj kreveta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98A7E2" w14:textId="77777777" w:rsidR="004C2A7D" w:rsidRDefault="004C2A7D"/>
        </w:tc>
      </w:tr>
    </w:tbl>
    <w:p w14:paraId="24C340E1" w14:textId="77777777" w:rsidR="004C2A7D" w:rsidRDefault="00000000">
      <w:pPr>
        <w:pStyle w:val="Naslov1"/>
      </w:pPr>
      <w:r>
        <w:t>3. OPIS PLANIRANOG ULAGANJA</w:t>
      </w:r>
    </w:p>
    <w:p w14:paraId="719CABBC" w14:textId="77777777" w:rsidR="004C2A7D" w:rsidRDefault="00000000">
      <w:r>
        <w:t>Detaljno opisati zahvate koji će se provesti u okviru projekta te na koji će način postojeća građevina/prostor nakon završetka projekta biti stavljen u funkciju turističkog smještaja.</w:t>
      </w:r>
    </w:p>
    <w:p w14:paraId="22754DC0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09347B5F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3D6D9CF7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312B8513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6D9CFF78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3B018911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44F42F5C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66C9C29F" w14:textId="77777777" w:rsidR="004C2A7D" w:rsidRDefault="00000000">
      <w:r>
        <w:t>Planirani zahvati obuhvaćaju:</w:t>
      </w:r>
    </w:p>
    <w:p w14:paraId="653C44AC" w14:textId="77777777" w:rsidR="004C2A7D" w:rsidRDefault="00000000">
      <w:r>
        <w:t>☐ revitalizaciju   ☐ rekonstrukciju   ☐ adaptaciju   ☐ dogradnju   ☐ prenamjenu</w:t>
      </w:r>
    </w:p>
    <w:p w14:paraId="54235E70" w14:textId="77777777" w:rsidR="004C2A7D" w:rsidRDefault="00000000">
      <w:r>
        <w:t>☐ uređenje   ☐ opremanje novih smještajnih jedinica   ☐ uređenje/opremanje zajedničkih prostora</w:t>
      </w:r>
    </w:p>
    <w:p w14:paraId="6BEAD45D" w14:textId="77777777" w:rsidR="004C2A7D" w:rsidRDefault="00000000">
      <w:r>
        <w:t>☐ drugo: __________________________________________________________________________</w:t>
      </w:r>
    </w:p>
    <w:p w14:paraId="2AE1E048" w14:textId="77777777" w:rsidR="004C2A7D" w:rsidRDefault="00000000">
      <w:pPr>
        <w:pStyle w:val="Naslov1"/>
      </w:pPr>
      <w:r>
        <w:t>4. PLAN RAZVOJA SMJEŠTAJNIH KAPACITETA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548"/>
        <w:gridCol w:w="2548"/>
        <w:gridCol w:w="2547"/>
      </w:tblGrid>
      <w:tr w:rsidR="004C2A7D" w14:paraId="319FFCD6" w14:textId="77777777">
        <w:trPr>
          <w:jc w:val="center"/>
        </w:trPr>
        <w:tc>
          <w:tcPr>
            <w:tcW w:w="2550" w:type="dxa"/>
            <w:shd w:val="clear" w:color="auto" w:fill="E7E6E6"/>
          </w:tcPr>
          <w:p w14:paraId="36660498" w14:textId="77777777" w:rsidR="004C2A7D" w:rsidRDefault="00000000">
            <w:r>
              <w:rPr>
                <w:b/>
              </w:rPr>
              <w:t>Smještajni kapacitet</w:t>
            </w:r>
          </w:p>
        </w:tc>
        <w:tc>
          <w:tcPr>
            <w:tcW w:w="2550" w:type="dxa"/>
            <w:shd w:val="clear" w:color="auto" w:fill="E7E6E6"/>
          </w:tcPr>
          <w:p w14:paraId="02CB1E47" w14:textId="77777777" w:rsidR="004C2A7D" w:rsidRDefault="00000000">
            <w:r>
              <w:rPr>
                <w:b/>
              </w:rPr>
              <w:t>Postojeće stanje</w:t>
            </w:r>
          </w:p>
        </w:tc>
        <w:tc>
          <w:tcPr>
            <w:tcW w:w="2550" w:type="dxa"/>
            <w:shd w:val="clear" w:color="auto" w:fill="E7E6E6"/>
          </w:tcPr>
          <w:p w14:paraId="45554237" w14:textId="77777777" w:rsidR="004C2A7D" w:rsidRDefault="00000000">
            <w:r>
              <w:rPr>
                <w:b/>
              </w:rPr>
              <w:t>Novo nastaje projektom</w:t>
            </w:r>
          </w:p>
        </w:tc>
        <w:tc>
          <w:tcPr>
            <w:tcW w:w="2550" w:type="dxa"/>
            <w:shd w:val="clear" w:color="auto" w:fill="E7E6E6"/>
          </w:tcPr>
          <w:p w14:paraId="72DA0934" w14:textId="77777777" w:rsidR="004C2A7D" w:rsidRDefault="00000000">
            <w:r>
              <w:rPr>
                <w:b/>
              </w:rPr>
              <w:t>Ukupno nakon projekta</w:t>
            </w:r>
          </w:p>
        </w:tc>
      </w:tr>
      <w:tr w:rsidR="004C2A7D" w14:paraId="4144FF02" w14:textId="77777777">
        <w:trPr>
          <w:jc w:val="center"/>
        </w:trPr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B37BC7" w14:textId="77777777" w:rsidR="004C2A7D" w:rsidRDefault="00000000">
            <w:r>
              <w:t>Sobe</w:t>
            </w:r>
          </w:p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A0598F" w14:textId="77777777" w:rsidR="004C2A7D" w:rsidRDefault="004C2A7D"/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989BBD" w14:textId="77777777" w:rsidR="004C2A7D" w:rsidRDefault="004C2A7D"/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9B84DE" w14:textId="77777777" w:rsidR="004C2A7D" w:rsidRDefault="004C2A7D"/>
        </w:tc>
      </w:tr>
      <w:tr w:rsidR="004C2A7D" w14:paraId="49FBEB0D" w14:textId="77777777">
        <w:trPr>
          <w:jc w:val="center"/>
        </w:trPr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F7B8B6" w14:textId="77777777" w:rsidR="004C2A7D" w:rsidRDefault="00000000">
            <w:r>
              <w:t>Apartmani</w:t>
            </w:r>
          </w:p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75CE72" w14:textId="77777777" w:rsidR="004C2A7D" w:rsidRDefault="004C2A7D"/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7DCB52" w14:textId="77777777" w:rsidR="004C2A7D" w:rsidRDefault="004C2A7D"/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EDF5CF" w14:textId="77777777" w:rsidR="004C2A7D" w:rsidRDefault="004C2A7D"/>
        </w:tc>
      </w:tr>
      <w:tr w:rsidR="004C2A7D" w14:paraId="37962183" w14:textId="77777777">
        <w:trPr>
          <w:jc w:val="center"/>
        </w:trPr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753E4B" w14:textId="77777777" w:rsidR="004C2A7D" w:rsidRDefault="00000000">
            <w:r>
              <w:t>Studio apartmani</w:t>
            </w:r>
          </w:p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E3A4A8" w14:textId="77777777" w:rsidR="004C2A7D" w:rsidRDefault="004C2A7D"/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30799B" w14:textId="77777777" w:rsidR="004C2A7D" w:rsidRDefault="004C2A7D"/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B5E81B" w14:textId="77777777" w:rsidR="004C2A7D" w:rsidRDefault="004C2A7D"/>
        </w:tc>
      </w:tr>
      <w:tr w:rsidR="004C2A7D" w14:paraId="7907C8D6" w14:textId="77777777">
        <w:trPr>
          <w:jc w:val="center"/>
        </w:trPr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905FEE" w14:textId="77777777" w:rsidR="004C2A7D" w:rsidRDefault="00000000">
            <w:r>
              <w:t>Spavaonice – hostel</w:t>
            </w:r>
          </w:p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BCEFEC" w14:textId="77777777" w:rsidR="004C2A7D" w:rsidRDefault="004C2A7D"/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4D0EFF" w14:textId="77777777" w:rsidR="004C2A7D" w:rsidRDefault="004C2A7D"/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451371" w14:textId="77777777" w:rsidR="004C2A7D" w:rsidRDefault="004C2A7D"/>
        </w:tc>
      </w:tr>
      <w:tr w:rsidR="004C2A7D" w14:paraId="2FEE9322" w14:textId="77777777">
        <w:trPr>
          <w:jc w:val="center"/>
        </w:trPr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B0C46F" w14:textId="77777777" w:rsidR="004C2A7D" w:rsidRDefault="00000000">
            <w:r>
              <w:t>Ostale jedinice</w:t>
            </w:r>
          </w:p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6CB88F" w14:textId="77777777" w:rsidR="004C2A7D" w:rsidRDefault="004C2A7D"/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F0FE72" w14:textId="77777777" w:rsidR="004C2A7D" w:rsidRDefault="004C2A7D"/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5E339A" w14:textId="77777777" w:rsidR="004C2A7D" w:rsidRDefault="004C2A7D"/>
        </w:tc>
      </w:tr>
      <w:tr w:rsidR="004C2A7D" w14:paraId="2AD45C21" w14:textId="77777777">
        <w:trPr>
          <w:jc w:val="center"/>
        </w:trPr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8F4050" w14:textId="77777777" w:rsidR="004C2A7D" w:rsidRDefault="00000000">
            <w:r>
              <w:rPr>
                <w:b/>
              </w:rPr>
              <w:t>UKUPNO smještajnih jedinica</w:t>
            </w:r>
          </w:p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A3296A" w14:textId="77777777" w:rsidR="004C2A7D" w:rsidRDefault="004C2A7D"/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786DCB" w14:textId="77777777" w:rsidR="004C2A7D" w:rsidRDefault="004C2A7D"/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18FDFC" w14:textId="77777777" w:rsidR="004C2A7D" w:rsidRDefault="004C2A7D"/>
        </w:tc>
      </w:tr>
      <w:tr w:rsidR="004C2A7D" w14:paraId="0FCBAB6D" w14:textId="77777777">
        <w:trPr>
          <w:jc w:val="center"/>
        </w:trPr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DF1E94" w14:textId="77777777" w:rsidR="004C2A7D" w:rsidRDefault="00000000">
            <w:r>
              <w:rPr>
                <w:b/>
              </w:rPr>
              <w:t>UKUPNO kreveta</w:t>
            </w:r>
          </w:p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A4DD46" w14:textId="77777777" w:rsidR="004C2A7D" w:rsidRDefault="004C2A7D"/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C9812C" w14:textId="77777777" w:rsidR="004C2A7D" w:rsidRDefault="004C2A7D"/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6D5E69" w14:textId="77777777" w:rsidR="004C2A7D" w:rsidRDefault="004C2A7D"/>
        </w:tc>
      </w:tr>
    </w:tbl>
    <w:p w14:paraId="137C40CE" w14:textId="77777777" w:rsidR="004C2A7D" w:rsidRDefault="004C2A7D"/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5669"/>
      </w:tblGrid>
      <w:tr w:rsidR="004C2A7D" w14:paraId="62F13EE2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CEC7E6" w14:textId="77777777" w:rsidR="004C2A7D" w:rsidRDefault="00000000">
            <w:r>
              <w:rPr>
                <w:b/>
                <w:sz w:val="19"/>
              </w:rPr>
              <w:t>Broj novih smještajnih jedinica/soba na temelju kojeg se traži potpora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D78AB6" w14:textId="77777777" w:rsidR="004C2A7D" w:rsidRDefault="004C2A7D"/>
        </w:tc>
      </w:tr>
      <w:tr w:rsidR="004C2A7D" w14:paraId="12211513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064AFA" w14:textId="77777777" w:rsidR="004C2A7D" w:rsidRDefault="00000000">
            <w:r>
              <w:rPr>
                <w:b/>
                <w:sz w:val="19"/>
              </w:rPr>
              <w:t>Broj novih kreveta koji nastaju projektom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7741B8" w14:textId="77777777" w:rsidR="004C2A7D" w:rsidRDefault="004C2A7D"/>
        </w:tc>
      </w:tr>
    </w:tbl>
    <w:p w14:paraId="1A323CAB" w14:textId="77777777" w:rsidR="004C2A7D" w:rsidRDefault="004C2A7D"/>
    <w:p w14:paraId="144E1988" w14:textId="77777777" w:rsidR="004C2A7D" w:rsidRDefault="00000000">
      <w:pPr>
        <w:pStyle w:val="Naslov1"/>
      </w:pPr>
      <w:r>
        <w:lastRenderedPageBreak/>
        <w:t>5. PLANIRANA VRSTA, KATEGORIJA I STANDARD OBJEKTA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5669"/>
      </w:tblGrid>
      <w:tr w:rsidR="004C2A7D" w14:paraId="70590129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362CBB" w14:textId="77777777" w:rsidR="004C2A7D" w:rsidRDefault="00000000">
            <w:r>
              <w:rPr>
                <w:b/>
                <w:sz w:val="19"/>
              </w:rPr>
              <w:t>Planirana vrsta objekta nakon završetka projekta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5ECFDC" w14:textId="77777777" w:rsidR="004C2A7D" w:rsidRDefault="004C2A7D"/>
        </w:tc>
      </w:tr>
      <w:tr w:rsidR="004C2A7D" w14:paraId="0612616C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8E84B9" w14:textId="77777777" w:rsidR="004C2A7D" w:rsidRDefault="00000000">
            <w:r>
              <w:rPr>
                <w:b/>
                <w:sz w:val="19"/>
              </w:rPr>
              <w:t>Planirana kategorija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866660" w14:textId="77777777" w:rsidR="004C2A7D" w:rsidRDefault="00000000">
            <w:r>
              <w:rPr>
                <w:sz w:val="19"/>
              </w:rPr>
              <w:t>☐ 3★     ☐ 4★     ☐ 5★     ☐ nije primjenjivo</w:t>
            </w:r>
          </w:p>
        </w:tc>
      </w:tr>
      <w:tr w:rsidR="004C2A7D" w14:paraId="2B9C6A65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30191F" w14:textId="77777777" w:rsidR="004C2A7D" w:rsidRDefault="00000000">
            <w:r>
              <w:rPr>
                <w:b/>
                <w:sz w:val="19"/>
              </w:rPr>
              <w:t>Planirani posebni standard, kada je primjenjivo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40662B" w14:textId="77777777" w:rsidR="004C2A7D" w:rsidRDefault="004C2A7D"/>
        </w:tc>
      </w:tr>
    </w:tbl>
    <w:p w14:paraId="2AAA7863" w14:textId="77777777" w:rsidR="004C2A7D" w:rsidRDefault="004C2A7D"/>
    <w:p w14:paraId="68D943AE" w14:textId="77777777" w:rsidR="004C2A7D" w:rsidRDefault="00000000">
      <w:r>
        <w:t>Opisati na koji će način projektom biti ostvareni uvjeti planirane vrste, kategorije odnosno posebnog standarda:</w:t>
      </w:r>
    </w:p>
    <w:p w14:paraId="7206629E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7A0243A0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43E9579F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69D34A66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69DA0A83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6CD22D29" w14:textId="77777777" w:rsidR="004C2A7D" w:rsidRDefault="00000000">
      <w:pPr>
        <w:pStyle w:val="Naslov1"/>
      </w:pPr>
      <w:r>
        <w:t>6. KVALITETA I FUNKCIONALNOST BUDUĆEG SMJEŠTAJNOG OBJEKTA</w:t>
      </w:r>
    </w:p>
    <w:p w14:paraId="561B7B79" w14:textId="77777777" w:rsidR="004C2A7D" w:rsidRDefault="00000000">
      <w:r>
        <w:t>Opisati planiranu kvalitetu i funkcionalnost novih smještajnih kapaciteta, osobito strukturu i funkcionalnost smještajnih jedinica, sanitarne prostore, zajedničke i prateće prostore, recepciju i prijem gostiju kada je primjenjivo, dostupnost i pristupačnost, sadržaje i usluge relevantne za planiranu kategoriju odnosno poseban standard te druge elemente kojima projekt ostvaruje kvalitetu višu od minimalno propisanih uvjeta.</w:t>
      </w:r>
    </w:p>
    <w:p w14:paraId="775CBB47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3B898955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26664325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3C2A9DEF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49F9BC34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0CB603B1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3DB846E3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61844509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2A594A8E" w14:textId="77777777" w:rsidR="004C2A7D" w:rsidRDefault="00000000">
      <w:pPr>
        <w:pStyle w:val="Naslov1"/>
      </w:pPr>
      <w:r>
        <w:t>7. POSEBNI ELEMENTI PROJEKTA</w:t>
      </w:r>
    </w:p>
    <w:p w14:paraId="3E8DECB9" w14:textId="77777777" w:rsidR="004C2A7D" w:rsidRDefault="00000000">
      <w:r>
        <w:t>Ispunjava se samo dio koji je primjenjiv na kategoriju projekta.</w:t>
      </w:r>
    </w:p>
    <w:p w14:paraId="65BF4574" w14:textId="77777777" w:rsidR="004C2A7D" w:rsidRDefault="00000000">
      <w:r>
        <w:rPr>
          <w:b/>
        </w:rPr>
        <w:t xml:space="preserve">Hotel baština (heritage): </w:t>
      </w:r>
      <w:r>
        <w:t>Opisati arhitektonsku, kulturnu, povijesnu odnosno ambijentalnu vrijednost građevine te način njezina očuvanja i turističke valorizacije.</w:t>
      </w:r>
    </w:p>
    <w:p w14:paraId="75D86195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0924874B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59670CF4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6168DC22" w14:textId="77777777" w:rsidR="004C2A7D" w:rsidRDefault="00000000">
      <w:r>
        <w:rPr>
          <w:b/>
        </w:rPr>
        <w:t xml:space="preserve">Hotel posebnog standarda: </w:t>
      </w:r>
      <w:r>
        <w:t>Navesti planirani posebni standard i ključne sadržaje, opremu i usluge kojima će se taj standard ostvariti.</w:t>
      </w:r>
    </w:p>
    <w:p w14:paraId="0ED1E8FC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25E3BCDA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2CD0BE9A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5F2CF7C1" w14:textId="77777777" w:rsidR="004C2A7D" w:rsidRDefault="00000000">
      <w:r>
        <w:rPr>
          <w:b/>
        </w:rPr>
        <w:lastRenderedPageBreak/>
        <w:t xml:space="preserve">Integralni hotel (udruženi): </w:t>
      </w:r>
      <w:r>
        <w:t>Navesti budućeg nositelja Integralnog hotela i opisati način planiranog organizacijskog i funkcionalnog povezivanja.</w:t>
      </w:r>
    </w:p>
    <w:p w14:paraId="5B2990D6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64A646E5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59FAA145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7F09CB59" w14:textId="77777777" w:rsidR="004E0E4B" w:rsidRDefault="004E0E4B">
      <w:pPr>
        <w:rPr>
          <w:b/>
        </w:rPr>
      </w:pPr>
    </w:p>
    <w:p w14:paraId="279CE0B1" w14:textId="77777777" w:rsidR="0027236B" w:rsidRDefault="00000000">
      <w:proofErr w:type="spellStart"/>
      <w:r>
        <w:rPr>
          <w:b/>
        </w:rPr>
        <w:t>Depandansa</w:t>
      </w:r>
      <w:proofErr w:type="spellEnd"/>
      <w:r>
        <w:rPr>
          <w:b/>
        </w:rPr>
        <w:t>:</w:t>
      </w:r>
    </w:p>
    <w:p w14:paraId="4864AB03" w14:textId="77777777" w:rsidR="0027236B" w:rsidRDefault="00000000">
      <w:r>
        <w:t>Navesti postojeći hotel uz koji se depandansa planira uspostaviti te opisati planirano funkcionalno i organizacijsko povezivanje novih smještajnih kapaciteta s hotelom. Ako prijavitelj nije nositelj postojećeg hotela, navesti nositelja hotela i dokument kojim se dokazuje obostrano prihvaćena namjera uspostavljanja depandanse.</w:t>
      </w:r>
    </w:p>
    <w:p w14:paraId="59015B38" w14:textId="77777777" w:rsidR="0027236B" w:rsidRDefault="00000000">
      <w:r>
        <w:t>________________________________________________________________________________</w:t>
      </w:r>
    </w:p>
    <w:p w14:paraId="241557F9" w14:textId="77777777" w:rsidR="0027236B" w:rsidRDefault="00000000">
      <w:r>
        <w:t>________________________________________________________________________________</w:t>
      </w:r>
    </w:p>
    <w:p w14:paraId="61DCC31F" w14:textId="77777777" w:rsidR="004C2A7D" w:rsidRDefault="00000000">
      <w:r>
        <w:rPr>
          <w:b/>
        </w:rPr>
        <w:t>Hostel: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5669"/>
      </w:tblGrid>
      <w:tr w:rsidR="004C2A7D" w14:paraId="079F6035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366A07" w14:textId="77777777" w:rsidR="004C2A7D" w:rsidRDefault="00000000">
            <w:r>
              <w:rPr>
                <w:b/>
                <w:sz w:val="19"/>
              </w:rPr>
              <w:t>Broj soba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8E92B7" w14:textId="77777777" w:rsidR="004C2A7D" w:rsidRDefault="004C2A7D"/>
        </w:tc>
      </w:tr>
      <w:tr w:rsidR="004C2A7D" w14:paraId="39D24830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3A900C" w14:textId="77777777" w:rsidR="004C2A7D" w:rsidRDefault="00000000">
            <w:r>
              <w:rPr>
                <w:b/>
                <w:sz w:val="19"/>
              </w:rPr>
              <w:t>Broj spavaonica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B4D814" w14:textId="77777777" w:rsidR="004C2A7D" w:rsidRDefault="004C2A7D"/>
        </w:tc>
      </w:tr>
      <w:tr w:rsidR="004C2A7D" w14:paraId="5B6DA0FF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2839DF" w14:textId="77777777" w:rsidR="004C2A7D" w:rsidRDefault="00000000">
            <w:r>
              <w:rPr>
                <w:b/>
                <w:sz w:val="19"/>
              </w:rPr>
              <w:t>Broj kreveta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0F115" w14:textId="77777777" w:rsidR="004C2A7D" w:rsidRDefault="004C2A7D"/>
        </w:tc>
      </w:tr>
      <w:tr w:rsidR="004C2A7D" w14:paraId="23A49181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C645D5" w14:textId="77777777" w:rsidR="004C2A7D" w:rsidRDefault="00000000">
            <w:r>
              <w:rPr>
                <w:b/>
                <w:sz w:val="19"/>
              </w:rPr>
              <w:t>Broj jedinica s vlastitom kupaonicom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71C523" w14:textId="77777777" w:rsidR="004C2A7D" w:rsidRDefault="004C2A7D"/>
        </w:tc>
      </w:tr>
      <w:tr w:rsidR="004C2A7D" w14:paraId="7234EA48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6EC7C5" w14:textId="77777777" w:rsidR="004C2A7D" w:rsidRDefault="00000000">
            <w:r>
              <w:rPr>
                <w:b/>
                <w:sz w:val="19"/>
              </w:rPr>
              <w:t>Udio jedinica s vlastitom kupaonicom (%)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F2BC76" w14:textId="77777777" w:rsidR="004C2A7D" w:rsidRDefault="004C2A7D"/>
        </w:tc>
      </w:tr>
    </w:tbl>
    <w:p w14:paraId="4D9B50A6" w14:textId="77777777" w:rsidR="004C2A7D" w:rsidRDefault="00000000">
      <w:pPr>
        <w:pStyle w:val="Naslov1"/>
      </w:pPr>
      <w:r>
        <w:t>8. OPSEG REVITALIZACIJE POSTOJEĆE GRAĐEVINE</w:t>
      </w:r>
    </w:p>
    <w:p w14:paraId="5A71C559" w14:textId="77777777" w:rsidR="004C2A7D" w:rsidRDefault="00000000">
      <w:r>
        <w:t>Prijavitelj označava ono što odgovara projektu:</w:t>
      </w:r>
    </w:p>
    <w:p w14:paraId="59ACC764" w14:textId="77777777" w:rsidR="004C2A7D" w:rsidRDefault="00000000">
      <w:r>
        <w:t>☐ djelomična prenamjena, rekonstrukcija ili dogradnja postojeće građevine/prostora kojom se stvaraju novi smještajni kapaciteti</w:t>
      </w:r>
    </w:p>
    <w:p w14:paraId="546A1BEC" w14:textId="77777777" w:rsidR="004C2A7D" w:rsidRDefault="00000000">
      <w:r>
        <w:t>☐ pretežita prenamjena odnosno revitalizacija postojeće građevine/prostora u turističku smještajnu funkciju</w:t>
      </w:r>
    </w:p>
    <w:p w14:paraId="05BE095A" w14:textId="77777777" w:rsidR="004C2A7D" w:rsidRDefault="00000000">
      <w:r>
        <w:t>☐ cjelovita revitalizacija postojeće, prethodno nekorištene ili pretežito neiskorištene građevine/prostora u novi turistički smještajni objekt</w:t>
      </w:r>
    </w:p>
    <w:p w14:paraId="66796249" w14:textId="77777777" w:rsidR="004C2A7D" w:rsidRDefault="00000000">
      <w:r>
        <w:t>Obrazloženje:</w:t>
      </w:r>
    </w:p>
    <w:p w14:paraId="59BC8B3F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3136CBFA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1E3BF25D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7CCDAAA1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6D788BA2" w14:textId="77777777" w:rsidR="00996883" w:rsidRDefault="00996883">
      <w:pPr>
        <w:pStyle w:val="Naslov1"/>
      </w:pPr>
    </w:p>
    <w:p w14:paraId="7917E250" w14:textId="34CB11D9" w:rsidR="004C2A7D" w:rsidRDefault="00000000">
      <w:pPr>
        <w:pStyle w:val="Naslov1"/>
      </w:pPr>
      <w:r>
        <w:t>9. TURISTIČKA I TRŽIŠNA FUNKCIJA PROJEKTA</w:t>
      </w:r>
    </w:p>
    <w:p w14:paraId="245212C5" w14:textId="77777777" w:rsidR="004C2A7D" w:rsidRDefault="00000000">
      <w:r>
        <w:t>Ukratko opisati planirano tržišno pozicioniranje objekta, ciljane goste, planirano razdoblje poslovanja tijekom godine i doprinos projekta smještajnoj ponudi Grada Bjelovara.</w:t>
      </w:r>
    </w:p>
    <w:p w14:paraId="7BA6E535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4CB413B2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33646DCE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2ED53F05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45DF6BB9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273467EF" w14:textId="77777777" w:rsidR="004C2A7D" w:rsidRDefault="00000000">
      <w:r>
        <w:t>Planirano poslovanje:   ☐ cjelogodišnje   ☐ sezonsko – planirano razdoblje: __________________________</w:t>
      </w:r>
    </w:p>
    <w:p w14:paraId="2083F97E" w14:textId="77777777" w:rsidR="004C2A7D" w:rsidRDefault="00000000">
      <w:r>
        <w:t>Primarne ciljne skupine gostiju:</w:t>
      </w:r>
    </w:p>
    <w:p w14:paraId="02071D0F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65F28A76" w14:textId="77777777" w:rsidR="004C2A7D" w:rsidRDefault="00000000">
      <w:pPr>
        <w:spacing w:after="40"/>
      </w:pPr>
      <w:r>
        <w:t>________________________________________________________________________________</w:t>
      </w:r>
    </w:p>
    <w:p w14:paraId="0EE528C0" w14:textId="77777777" w:rsidR="004C2A7D" w:rsidRDefault="00000000">
      <w:pPr>
        <w:pStyle w:val="Naslov1"/>
      </w:pPr>
      <w:r>
        <w:t>10. PLAN I ROKOVI REALIZACIJE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398"/>
        <w:gridCol w:w="3396"/>
        <w:gridCol w:w="3396"/>
      </w:tblGrid>
      <w:tr w:rsidR="004C2A7D" w14:paraId="1BEE96A4" w14:textId="77777777">
        <w:trPr>
          <w:jc w:val="center"/>
        </w:trPr>
        <w:tc>
          <w:tcPr>
            <w:tcW w:w="3400" w:type="dxa"/>
            <w:shd w:val="clear" w:color="auto" w:fill="E7E6E6"/>
          </w:tcPr>
          <w:p w14:paraId="08590EDE" w14:textId="77777777" w:rsidR="004C2A7D" w:rsidRDefault="00000000">
            <w:r>
              <w:rPr>
                <w:b/>
              </w:rPr>
              <w:t>Aktivnost</w:t>
            </w:r>
          </w:p>
        </w:tc>
        <w:tc>
          <w:tcPr>
            <w:tcW w:w="3400" w:type="dxa"/>
            <w:shd w:val="clear" w:color="auto" w:fill="E7E6E6"/>
          </w:tcPr>
          <w:p w14:paraId="5B9C0834" w14:textId="77777777" w:rsidR="004C2A7D" w:rsidRDefault="00000000">
            <w:r>
              <w:rPr>
                <w:b/>
              </w:rPr>
              <w:t>Planirani početak</w:t>
            </w:r>
          </w:p>
        </w:tc>
        <w:tc>
          <w:tcPr>
            <w:tcW w:w="3400" w:type="dxa"/>
            <w:shd w:val="clear" w:color="auto" w:fill="E7E6E6"/>
          </w:tcPr>
          <w:p w14:paraId="0BF39D84" w14:textId="77777777" w:rsidR="004C2A7D" w:rsidRDefault="00000000">
            <w:r>
              <w:rPr>
                <w:b/>
              </w:rPr>
              <w:t>Planirani završetak</w:t>
            </w:r>
          </w:p>
        </w:tc>
      </w:tr>
      <w:tr w:rsidR="004C2A7D" w14:paraId="44C31D3E" w14:textId="77777777">
        <w:trPr>
          <w:jc w:val="center"/>
        </w:trPr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15C235" w14:textId="77777777" w:rsidR="004C2A7D" w:rsidRDefault="00000000">
            <w:r>
              <w:t>Projektna/pripremna faza</w:t>
            </w:r>
          </w:p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C840AB" w14:textId="77777777" w:rsidR="004C2A7D" w:rsidRDefault="004C2A7D"/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65E306" w14:textId="77777777" w:rsidR="004C2A7D" w:rsidRDefault="004C2A7D"/>
        </w:tc>
      </w:tr>
      <w:tr w:rsidR="004C2A7D" w14:paraId="41D5D5D8" w14:textId="77777777">
        <w:trPr>
          <w:jc w:val="center"/>
        </w:trPr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45B8FB" w14:textId="77777777" w:rsidR="004C2A7D" w:rsidRDefault="00000000">
            <w:r>
              <w:t>Građevinski i obrtnički radovi</w:t>
            </w:r>
          </w:p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D62669" w14:textId="77777777" w:rsidR="004C2A7D" w:rsidRDefault="004C2A7D"/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8C70F2" w14:textId="77777777" w:rsidR="004C2A7D" w:rsidRDefault="004C2A7D"/>
        </w:tc>
      </w:tr>
      <w:tr w:rsidR="004C2A7D" w14:paraId="6224CC1D" w14:textId="77777777">
        <w:trPr>
          <w:jc w:val="center"/>
        </w:trPr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79A8D1" w14:textId="77777777" w:rsidR="004C2A7D" w:rsidRDefault="00000000">
            <w:r>
              <w:t>Uređenje i opremanje</w:t>
            </w:r>
          </w:p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4E429A" w14:textId="77777777" w:rsidR="004C2A7D" w:rsidRDefault="004C2A7D"/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5DDE45" w14:textId="77777777" w:rsidR="004C2A7D" w:rsidRDefault="004C2A7D"/>
        </w:tc>
      </w:tr>
      <w:tr w:rsidR="004C2A7D" w14:paraId="6965F4F7" w14:textId="77777777">
        <w:trPr>
          <w:jc w:val="center"/>
        </w:trPr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B76694" w14:textId="77777777" w:rsidR="004C2A7D" w:rsidRDefault="00000000">
            <w:r>
              <w:t>Registracija/kategorizacija</w:t>
            </w:r>
          </w:p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E700C6" w14:textId="77777777" w:rsidR="004C2A7D" w:rsidRDefault="004C2A7D"/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1590EF" w14:textId="77777777" w:rsidR="004C2A7D" w:rsidRDefault="004C2A7D"/>
        </w:tc>
      </w:tr>
      <w:tr w:rsidR="004C2A7D" w14:paraId="56F06971" w14:textId="77777777">
        <w:trPr>
          <w:jc w:val="center"/>
        </w:trPr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73A743" w14:textId="77777777" w:rsidR="004C2A7D" w:rsidRDefault="00000000">
            <w:r>
              <w:t>Stavljanje objekta u funkciju</w:t>
            </w:r>
          </w:p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E46EA8" w14:textId="77777777" w:rsidR="004C2A7D" w:rsidRDefault="004C2A7D"/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762183" w14:textId="77777777" w:rsidR="004C2A7D" w:rsidRDefault="004C2A7D"/>
        </w:tc>
      </w:tr>
    </w:tbl>
    <w:p w14:paraId="6009FF7F" w14:textId="77777777" w:rsidR="004C2A7D" w:rsidRDefault="004C2A7D"/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5669"/>
      </w:tblGrid>
      <w:tr w:rsidR="004C2A7D" w14:paraId="4232A0B4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9B971B" w14:textId="77777777" w:rsidR="004C2A7D" w:rsidRDefault="00000000">
            <w:r>
              <w:rPr>
                <w:b/>
                <w:sz w:val="19"/>
              </w:rPr>
              <w:t>Planirani datum završetka cjelokupnog projekta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00DD32" w14:textId="77777777" w:rsidR="004C2A7D" w:rsidRDefault="004C2A7D"/>
        </w:tc>
      </w:tr>
      <w:tr w:rsidR="004C2A7D" w14:paraId="6194E7CF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4BF58E" w14:textId="77777777" w:rsidR="004C2A7D" w:rsidRDefault="00000000">
            <w:r>
              <w:rPr>
                <w:b/>
                <w:sz w:val="19"/>
              </w:rPr>
              <w:t>Planirani datum stavljanja smještajnog objekta u funkciju turističkog smještaja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180C19" w14:textId="77777777" w:rsidR="004C2A7D" w:rsidRDefault="004C2A7D"/>
        </w:tc>
      </w:tr>
    </w:tbl>
    <w:p w14:paraId="288DCA0A" w14:textId="77777777" w:rsidR="004C2A7D" w:rsidRDefault="004C2A7D"/>
    <w:p w14:paraId="628CB34E" w14:textId="77777777" w:rsidR="004C2A7D" w:rsidRDefault="00000000">
      <w:r>
        <w:rPr>
          <w:b/>
        </w:rPr>
        <w:t>Napomena: Projekt mora biti u cijelosti završen, a novi odnosno povećani smještajni kapaciteti registrirani, kada je primjenjivo kategorizirani, te stvarno stavljeni u funkciju turističkog smještaja u roku propisanom točkom 5. Javnog poziva – najkasnije do 20. lipnja 2027. godine, odnosno kod Hotela baština (heritage) najkasnije do 31. prosinca 2027. godine.</w:t>
      </w:r>
    </w:p>
    <w:p w14:paraId="4AC790BA" w14:textId="77777777" w:rsidR="0027236B" w:rsidRDefault="00000000">
      <w:pPr>
        <w:pStyle w:val="Naslov1"/>
      </w:pPr>
      <w:r>
        <w:rPr>
          <w:b w:val="0"/>
          <w:i/>
        </w:rPr>
        <w:lastRenderedPageBreak/>
        <w:t>Napomena: Ovaj obrazac čini dio prijavne dokumentacije. Prijave se razmatraju sukcesivno prema redoslijedu zaprimanja potpunih prijava, do iskorištenja raspoloživih sredstava, a najkasnije do 31. prosinca 2026. godine.</w:t>
      </w:r>
    </w:p>
    <w:p w14:paraId="6507FDCB" w14:textId="77777777" w:rsidR="004C2A7D" w:rsidRDefault="00000000">
      <w:pPr>
        <w:pStyle w:val="Naslov1"/>
      </w:pPr>
      <w:r>
        <w:t>11. IZJAVA O USKLAĐENOSTI PODATAKA</w:t>
      </w:r>
    </w:p>
    <w:p w14:paraId="7EA046DC" w14:textId="77777777" w:rsidR="004C2A7D" w:rsidRDefault="00000000">
      <w:r>
        <w:t>Podnositelj potvrđuje da su podaci navedeni u ovom Obrascu istiniti te usklađeni s Idejnim projektom, Obrascem zahtjeva, Financijskim planom i troškovnikom te ostalom dokumentacijom dostavljenom uz prijavu, na temelju koje se utvrđuju prihvatljivost projekta i njegovo ocjenjivanje sukladno Javnom pozivu.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5669"/>
      </w:tblGrid>
      <w:tr w:rsidR="004C2A7D" w14:paraId="0DF095F9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CB5843" w14:textId="77777777" w:rsidR="004C2A7D" w:rsidRDefault="00000000">
            <w:r>
              <w:rPr>
                <w:b/>
                <w:sz w:val="19"/>
              </w:rPr>
              <w:t>Mjesto i datum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05E35F" w14:textId="77777777" w:rsidR="004C2A7D" w:rsidRDefault="004C2A7D"/>
        </w:tc>
      </w:tr>
      <w:tr w:rsidR="004C2A7D" w14:paraId="3EC455AD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B6187E" w14:textId="77777777" w:rsidR="004C2A7D" w:rsidRDefault="00000000">
            <w:r>
              <w:rPr>
                <w:b/>
                <w:sz w:val="19"/>
              </w:rPr>
              <w:t>Ime i prezime odgovorne osobe / prijavitelja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D68BF7" w14:textId="77777777" w:rsidR="004C2A7D" w:rsidRDefault="004C2A7D"/>
        </w:tc>
      </w:tr>
      <w:tr w:rsidR="004C2A7D" w14:paraId="6D3E47CB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17AA9D" w14:textId="77777777" w:rsidR="004C2A7D" w:rsidRDefault="00000000">
            <w:r>
              <w:rPr>
                <w:b/>
                <w:sz w:val="19"/>
              </w:rPr>
              <w:t>Potpis i M.P. (ako je primjenjivo)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F8F790" w14:textId="77777777" w:rsidR="004C2A7D" w:rsidRDefault="004C2A7D"/>
        </w:tc>
      </w:tr>
    </w:tbl>
    <w:p w14:paraId="095539F3" w14:textId="77777777" w:rsidR="004C2A7D" w:rsidRDefault="004C2A7D">
      <w:pPr>
        <w:spacing w:after="0" w:line="20" w:lineRule="exact"/>
      </w:pPr>
    </w:p>
    <w:sectPr w:rsidR="004C2A7D" w:rsidSect="004E0E4B">
      <w:headerReference w:type="first" r:id="rId8"/>
      <w:pgSz w:w="12240" w:h="15840"/>
      <w:pgMar w:top="964" w:right="1020" w:bottom="964" w:left="102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87ACC" w14:textId="77777777" w:rsidR="0021419E" w:rsidRDefault="0021419E" w:rsidP="004E0E4B">
      <w:pPr>
        <w:spacing w:after="0" w:line="240" w:lineRule="auto"/>
      </w:pPr>
      <w:r>
        <w:separator/>
      </w:r>
    </w:p>
  </w:endnote>
  <w:endnote w:type="continuationSeparator" w:id="0">
    <w:p w14:paraId="06DF828D" w14:textId="77777777" w:rsidR="0021419E" w:rsidRDefault="0021419E" w:rsidP="004E0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FC5CE" w14:textId="77777777" w:rsidR="0021419E" w:rsidRDefault="0021419E" w:rsidP="004E0E4B">
      <w:pPr>
        <w:spacing w:after="0" w:line="240" w:lineRule="auto"/>
      </w:pPr>
      <w:r>
        <w:separator/>
      </w:r>
    </w:p>
  </w:footnote>
  <w:footnote w:type="continuationSeparator" w:id="0">
    <w:p w14:paraId="63E0A7FD" w14:textId="77777777" w:rsidR="0021419E" w:rsidRDefault="0021419E" w:rsidP="004E0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D2A2" w14:textId="77777777" w:rsidR="004E0E4B" w:rsidRDefault="004E0E4B" w:rsidP="004E0E4B">
    <w:pPr>
      <w:pStyle w:val="Zaglavlje"/>
      <w:jc w:val="center"/>
    </w:pPr>
    <w:r w:rsidRPr="00AF4D97">
      <w:rPr>
        <w:noProof/>
      </w:rPr>
      <w:drawing>
        <wp:inline distT="0" distB="0" distL="0" distR="0" wp14:anchorId="6E295756" wp14:editId="43086BB6">
          <wp:extent cx="777240" cy="952500"/>
          <wp:effectExtent l="0" t="0" r="3810" b="0"/>
          <wp:docPr id="859159574" name="Slika 1" descr="Grb_Grada_Bjelovara_clean – Grad Bjelov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rb_Grada_Bjelovara_clean – Grad Bjelov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6679">
      <w:rPr>
        <w:noProof/>
        <w:lang w:eastAsia="hr-HR"/>
      </w:rPr>
      <w:drawing>
        <wp:inline distT="0" distB="0" distL="0" distR="0" wp14:anchorId="35190D7E" wp14:editId="1D277597">
          <wp:extent cx="1242060" cy="1043940"/>
          <wp:effectExtent l="0" t="0" r="0" b="3810"/>
          <wp:docPr id="1056679352" name="Slika 3" descr="C:\Users\Iva\AppData\Local\Temp\logo-page-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9" descr="C:\Users\Iva\AppData\Local\Temp\logo-page-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1145509">
    <w:abstractNumId w:val="8"/>
  </w:num>
  <w:num w:numId="2" w16cid:durableId="1752657919">
    <w:abstractNumId w:val="6"/>
  </w:num>
  <w:num w:numId="3" w16cid:durableId="1047993396">
    <w:abstractNumId w:val="5"/>
  </w:num>
  <w:num w:numId="4" w16cid:durableId="1836606213">
    <w:abstractNumId w:val="4"/>
  </w:num>
  <w:num w:numId="5" w16cid:durableId="107548404">
    <w:abstractNumId w:val="7"/>
  </w:num>
  <w:num w:numId="6" w16cid:durableId="458687039">
    <w:abstractNumId w:val="3"/>
  </w:num>
  <w:num w:numId="7" w16cid:durableId="2003124158">
    <w:abstractNumId w:val="2"/>
  </w:num>
  <w:num w:numId="8" w16cid:durableId="719282281">
    <w:abstractNumId w:val="1"/>
  </w:num>
  <w:num w:numId="9" w16cid:durableId="12720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6991"/>
    <w:rsid w:val="0015074B"/>
    <w:rsid w:val="0021419E"/>
    <w:rsid w:val="0027236B"/>
    <w:rsid w:val="0029639D"/>
    <w:rsid w:val="00326F90"/>
    <w:rsid w:val="004A584E"/>
    <w:rsid w:val="004C2A7D"/>
    <w:rsid w:val="004E0E4B"/>
    <w:rsid w:val="00781FD6"/>
    <w:rsid w:val="00996883"/>
    <w:rsid w:val="00AA1D8D"/>
    <w:rsid w:val="00B47730"/>
    <w:rsid w:val="00CB0664"/>
    <w:rsid w:val="00D05CA3"/>
    <w:rsid w:val="00E80BF0"/>
    <w:rsid w:val="00F10A96"/>
    <w:rsid w:val="00FC55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9D65BA"/>
  <w14:defaultImageDpi w14:val="300"/>
  <w15:docId w15:val="{400F1FF2-CCF2-4FCF-815A-327EE7BF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0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turističkazajednica bilogorabjelovar</cp:lastModifiedBy>
  <cp:revision>2</cp:revision>
  <dcterms:created xsi:type="dcterms:W3CDTF">2026-08-31T18:24:00Z</dcterms:created>
  <dcterms:modified xsi:type="dcterms:W3CDTF">2026-08-31T18:24:00Z</dcterms:modified>
  <cp:category/>
</cp:coreProperties>
</file>