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E5A0A" w14:textId="77777777" w:rsidR="00A046F0" w:rsidRDefault="00A046F0">
      <w:pPr>
        <w:jc w:val="center"/>
        <w:rPr>
          <w:b/>
          <w:sz w:val="24"/>
        </w:rPr>
      </w:pPr>
    </w:p>
    <w:p w14:paraId="0A70FCA4" w14:textId="77777777" w:rsidR="00374583" w:rsidRPr="00A046F0" w:rsidRDefault="00000000" w:rsidP="00A046F0">
      <w:pPr>
        <w:rPr>
          <w:sz w:val="28"/>
          <w:szCs w:val="28"/>
        </w:rPr>
      </w:pPr>
      <w:r w:rsidRPr="00A046F0">
        <w:rPr>
          <w:b/>
          <w:sz w:val="28"/>
          <w:szCs w:val="28"/>
        </w:rPr>
        <w:t>OBRAZAC 1.</w:t>
      </w:r>
    </w:p>
    <w:p w14:paraId="2B98CC3D" w14:textId="77777777" w:rsidR="00374583" w:rsidRDefault="00000000">
      <w:pPr>
        <w:jc w:val="center"/>
      </w:pPr>
      <w:r>
        <w:rPr>
          <w:b/>
          <w:sz w:val="30"/>
        </w:rPr>
        <w:t>ZAHTJEV ZA DODJELU BESPOVRATNE POTPORE</w:t>
      </w:r>
    </w:p>
    <w:p w14:paraId="1FDFFD87" w14:textId="77777777" w:rsidR="00374583" w:rsidRDefault="00000000">
      <w:pPr>
        <w:jc w:val="center"/>
      </w:pPr>
      <w:r>
        <w:rPr>
          <w:b/>
          <w:sz w:val="21"/>
        </w:rPr>
        <w:t>po Javnom pozivu za dodjelu bespovratnih potpora za razvoj turističkih</w:t>
      </w:r>
      <w:r>
        <w:rPr>
          <w:b/>
          <w:sz w:val="21"/>
        </w:rPr>
        <w:br/>
        <w:t>smještajnih kapaciteta u postojećim objektima na području Grada Bjelovara</w:t>
      </w:r>
    </w:p>
    <w:p w14:paraId="6F0DF4D0" w14:textId="77777777" w:rsidR="00374583" w:rsidRDefault="00000000">
      <w:pPr>
        <w:pStyle w:val="Naslov1"/>
      </w:pPr>
      <w:r>
        <w:t>1. PODACI O PRIJAVITELJU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374583" w14:paraId="3A02B85A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5C86D" w14:textId="77777777" w:rsidR="00374583" w:rsidRDefault="00000000">
            <w:r>
              <w:rPr>
                <w:b/>
                <w:sz w:val="19"/>
              </w:rPr>
              <w:t>Ime i prezime / naziv prijavitelja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96B0A0" w14:textId="77777777" w:rsidR="00374583" w:rsidRDefault="00374583"/>
        </w:tc>
      </w:tr>
      <w:tr w:rsidR="00374583" w14:paraId="3AB477FF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672073" w14:textId="77777777" w:rsidR="00374583" w:rsidRDefault="00000000">
            <w:r>
              <w:rPr>
                <w:b/>
                <w:sz w:val="19"/>
              </w:rPr>
              <w:t>OIB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4A7C2" w14:textId="77777777" w:rsidR="00374583" w:rsidRDefault="00374583"/>
        </w:tc>
      </w:tr>
      <w:tr w:rsidR="00374583" w14:paraId="3313836D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6C4628" w14:textId="77777777" w:rsidR="00374583" w:rsidRDefault="00000000">
            <w:r>
              <w:rPr>
                <w:b/>
                <w:sz w:val="19"/>
              </w:rPr>
              <w:t>Pravni status prijavitelja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C422D" w14:textId="0718A5E2" w:rsidR="00374583" w:rsidRDefault="00000000">
            <w:r>
              <w:rPr>
                <w:sz w:val="19"/>
              </w:rPr>
              <w:t>☐ fizička osoba   ☐ OPG   ☐ obrt</w:t>
            </w:r>
            <w:r>
              <w:rPr>
                <w:sz w:val="19"/>
              </w:rPr>
              <w:br/>
              <w:t>☐ trgovačko društvo   ☐ drugo: __________________________</w:t>
            </w:r>
          </w:p>
        </w:tc>
      </w:tr>
      <w:tr w:rsidR="00374583" w14:paraId="539ADE97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A5C697" w14:textId="77777777" w:rsidR="00374583" w:rsidRDefault="00000000">
            <w:r>
              <w:rPr>
                <w:b/>
                <w:sz w:val="19"/>
              </w:rPr>
              <w:t>Prijavitelj je početnik koji još nema registriranu djelatnost / smještajni objekt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0481B" w14:textId="77777777" w:rsidR="00374583" w:rsidRDefault="00000000">
            <w:r>
              <w:rPr>
                <w:sz w:val="19"/>
              </w:rPr>
              <w:t>☐ DA     ☐ NE</w:t>
            </w:r>
          </w:p>
        </w:tc>
      </w:tr>
      <w:tr w:rsidR="00374583" w14:paraId="0B7B7095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5A3C31" w14:textId="77777777" w:rsidR="00374583" w:rsidRDefault="00000000">
            <w:r>
              <w:rPr>
                <w:b/>
                <w:sz w:val="19"/>
              </w:rPr>
              <w:t>Adresa prebivališta / sjedišta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C40EDF" w14:textId="77777777" w:rsidR="00374583" w:rsidRDefault="00374583"/>
        </w:tc>
      </w:tr>
      <w:tr w:rsidR="00374583" w14:paraId="44B12CA9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9AC95E" w14:textId="77777777" w:rsidR="00374583" w:rsidRDefault="00000000">
            <w:r>
              <w:rPr>
                <w:b/>
                <w:sz w:val="19"/>
              </w:rPr>
              <w:t>Osoba ovlaštena za zastupanje, kada je primjenjivo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BC854" w14:textId="77777777" w:rsidR="00374583" w:rsidRDefault="00374583"/>
        </w:tc>
      </w:tr>
      <w:tr w:rsidR="00374583" w14:paraId="5D73B453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0B29AF" w14:textId="77777777" w:rsidR="00374583" w:rsidRDefault="00000000">
            <w:r>
              <w:rPr>
                <w:b/>
                <w:sz w:val="19"/>
              </w:rPr>
              <w:t>Telefon / mobitel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4AF3B2" w14:textId="77777777" w:rsidR="00374583" w:rsidRDefault="00374583"/>
        </w:tc>
      </w:tr>
      <w:tr w:rsidR="00374583" w14:paraId="3B26C2FE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9CAFD" w14:textId="77777777" w:rsidR="00374583" w:rsidRDefault="00000000">
            <w:r>
              <w:rPr>
                <w:b/>
                <w:sz w:val="19"/>
              </w:rPr>
              <w:t>E-mail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4D28E5" w14:textId="77777777" w:rsidR="00374583" w:rsidRDefault="00374583"/>
        </w:tc>
      </w:tr>
      <w:tr w:rsidR="00374583" w14:paraId="67E3B5F2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135008" w14:textId="77777777" w:rsidR="00374583" w:rsidRDefault="00000000">
            <w:r>
              <w:rPr>
                <w:b/>
                <w:sz w:val="19"/>
              </w:rPr>
              <w:t>IBAN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220DE" w14:textId="77777777" w:rsidR="00374583" w:rsidRDefault="00374583"/>
        </w:tc>
      </w:tr>
      <w:tr w:rsidR="00374583" w14:paraId="2F7CE4ED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C7E1D4" w14:textId="77777777" w:rsidR="00374583" w:rsidRDefault="00000000">
            <w:r>
              <w:rPr>
                <w:b/>
                <w:sz w:val="19"/>
              </w:rPr>
              <w:t>Poslovna banka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2F3E7D" w14:textId="77777777" w:rsidR="00374583" w:rsidRDefault="00374583"/>
        </w:tc>
      </w:tr>
    </w:tbl>
    <w:p w14:paraId="656735AF" w14:textId="77777777" w:rsidR="00374583" w:rsidRDefault="00000000">
      <w:pPr>
        <w:pStyle w:val="Naslov1"/>
      </w:pPr>
      <w:r>
        <w:t>2. OSNOVNI PODACI O PROJEKTU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374583" w14:paraId="32BBCA6F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835DC8" w14:textId="77777777" w:rsidR="00374583" w:rsidRDefault="00000000">
            <w:r>
              <w:rPr>
                <w:b/>
                <w:sz w:val="19"/>
              </w:rPr>
              <w:t>Naziv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B18804" w14:textId="77777777" w:rsidR="00374583" w:rsidRDefault="00374583"/>
        </w:tc>
      </w:tr>
      <w:tr w:rsidR="00374583" w14:paraId="73E99E71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51DB04" w14:textId="77777777" w:rsidR="00374583" w:rsidRDefault="00000000">
            <w:r>
              <w:rPr>
                <w:b/>
                <w:sz w:val="19"/>
              </w:rPr>
              <w:t>Adresa provedbe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C085E" w14:textId="77777777" w:rsidR="00374583" w:rsidRDefault="00374583"/>
        </w:tc>
      </w:tr>
      <w:tr w:rsidR="00374583" w14:paraId="47183F8F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039E7" w14:textId="77777777" w:rsidR="00374583" w:rsidRDefault="00000000">
            <w:r>
              <w:rPr>
                <w:b/>
                <w:sz w:val="19"/>
              </w:rPr>
              <w:t>Katastarska općina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A3FA4" w14:textId="77777777" w:rsidR="00374583" w:rsidRDefault="00374583"/>
        </w:tc>
      </w:tr>
      <w:tr w:rsidR="00374583" w14:paraId="1E98E812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4B27A5" w14:textId="77777777" w:rsidR="00374583" w:rsidRDefault="00000000">
            <w:r>
              <w:rPr>
                <w:b/>
                <w:sz w:val="19"/>
              </w:rPr>
              <w:t>Broj katastarske čestice / čestica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C9E7C" w14:textId="77777777" w:rsidR="00374583" w:rsidRDefault="00374583"/>
        </w:tc>
      </w:tr>
      <w:tr w:rsidR="00374583" w14:paraId="3CE3F004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0BB907" w14:textId="77777777" w:rsidR="00374583" w:rsidRDefault="00000000">
            <w:r>
              <w:rPr>
                <w:b/>
                <w:sz w:val="19"/>
              </w:rPr>
              <w:t>Je li na lokaciji trenutno registriran smještajni objekt?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62E1D" w14:textId="77777777" w:rsidR="00374583" w:rsidRDefault="00000000">
            <w:r>
              <w:rPr>
                <w:sz w:val="19"/>
              </w:rPr>
              <w:t>☐ DA     ☐ NE</w:t>
            </w:r>
          </w:p>
        </w:tc>
      </w:tr>
      <w:tr w:rsidR="00374583" w14:paraId="6BB3BA28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7BAF5C" w14:textId="77777777" w:rsidR="00374583" w:rsidRDefault="00000000">
            <w:r>
              <w:rPr>
                <w:b/>
                <w:sz w:val="19"/>
              </w:rPr>
              <w:t>Ako DA – postojeća vrsta objekta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031119" w14:textId="77777777" w:rsidR="00374583" w:rsidRDefault="00374583"/>
        </w:tc>
      </w:tr>
      <w:tr w:rsidR="00374583" w14:paraId="0F0A2940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F974B5" w14:textId="77777777" w:rsidR="00374583" w:rsidRDefault="00000000">
            <w:r>
              <w:rPr>
                <w:b/>
                <w:sz w:val="19"/>
              </w:rPr>
              <w:t>Postojeća kategorija / standard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FF3E69" w14:textId="77777777" w:rsidR="00374583" w:rsidRDefault="00374583"/>
        </w:tc>
      </w:tr>
      <w:tr w:rsidR="00374583" w14:paraId="2FB41B6A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D2D55" w14:textId="77777777" w:rsidR="00374583" w:rsidRDefault="00000000">
            <w:r>
              <w:rPr>
                <w:b/>
                <w:sz w:val="19"/>
              </w:rPr>
              <w:t>Postojeći broj smještajnih jedinica / soba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20C862" w14:textId="77777777" w:rsidR="00374583" w:rsidRDefault="00374583"/>
        </w:tc>
      </w:tr>
      <w:tr w:rsidR="00374583" w14:paraId="4DD15F31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8C73BF" w14:textId="77777777" w:rsidR="00374583" w:rsidRDefault="00000000">
            <w:r>
              <w:rPr>
                <w:b/>
                <w:sz w:val="19"/>
              </w:rPr>
              <w:t>Postojeći broj kreveta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412FBE" w14:textId="77777777" w:rsidR="00374583" w:rsidRDefault="00374583"/>
        </w:tc>
      </w:tr>
    </w:tbl>
    <w:p w14:paraId="743DCC77" w14:textId="77777777" w:rsidR="00374583" w:rsidRDefault="00000000">
      <w:pPr>
        <w:pStyle w:val="Naslov1"/>
      </w:pPr>
      <w:r>
        <w:lastRenderedPageBreak/>
        <w:t>3. KATEGORIJA PROJEKTA ZA KOJU SE PODNOSI ZAHTJEV</w:t>
      </w:r>
    </w:p>
    <w:p w14:paraId="01D9E021" w14:textId="77777777" w:rsidR="00374583" w:rsidRDefault="00000000">
      <w:r>
        <w:rPr>
          <w:b/>
        </w:rPr>
        <w:t>Prijavitelj označava jednu kategoriju projekta:</w:t>
      </w:r>
    </w:p>
    <w:p w14:paraId="1E77FEDF" w14:textId="77777777" w:rsidR="00374583" w:rsidRDefault="00000000">
      <w:r>
        <w:t>☐ Kategorija I. – Hotel baština (heritage)</w:t>
      </w:r>
    </w:p>
    <w:p w14:paraId="7C798348" w14:textId="77777777" w:rsidR="00374583" w:rsidRDefault="00000000">
      <w:r>
        <w:t>☐ Kategorija II. – Hotel posebnog standarda</w:t>
      </w:r>
    </w:p>
    <w:p w14:paraId="5CAE62EE" w14:textId="77777777" w:rsidR="00374583" w:rsidRDefault="00000000">
      <w:r>
        <w:t>☐ Kategorija III. – Integralni hotel (udruženi)</w:t>
      </w:r>
    </w:p>
    <w:p w14:paraId="29163561" w14:textId="77777777" w:rsidR="00374583" w:rsidRDefault="00000000">
      <w:r>
        <w:t>☐ Kategorija IV. – Depandansa</w:t>
      </w:r>
    </w:p>
    <w:p w14:paraId="540A99D0" w14:textId="77777777" w:rsidR="00374583" w:rsidRDefault="00000000">
      <w:r>
        <w:t>☐ Kategorija V. – Aparthotel</w:t>
      </w:r>
    </w:p>
    <w:p w14:paraId="35BB96A8" w14:textId="77777777" w:rsidR="00374583" w:rsidRDefault="00000000">
      <w:r>
        <w:t>☐ Kategorija VI. – Hostel</w:t>
      </w:r>
    </w:p>
    <w:p w14:paraId="788F798E" w14:textId="77777777" w:rsidR="009F3A08" w:rsidRDefault="00000000">
      <w:r>
        <w:t>☐ Kategorija VII. – Ostali smještajni objekti</w:t>
      </w:r>
    </w:p>
    <w:p w14:paraId="33372436" w14:textId="77777777" w:rsidR="00374583" w:rsidRDefault="00000000">
      <w:pPr>
        <w:pStyle w:val="Naslov1"/>
      </w:pPr>
      <w:r>
        <w:t>4. PLANIRANI REZULTATI PROJEKTA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374583" w14:paraId="44BCE2EE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50D8C" w14:textId="77777777" w:rsidR="00374583" w:rsidRDefault="00000000">
            <w:r>
              <w:rPr>
                <w:b/>
                <w:sz w:val="19"/>
              </w:rPr>
              <w:t>Planirana vrsta smještajnog objekta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959D35" w14:textId="77777777" w:rsidR="00374583" w:rsidRDefault="00374583"/>
        </w:tc>
      </w:tr>
      <w:tr w:rsidR="00374583" w14:paraId="305E2838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5A94C9" w14:textId="77777777" w:rsidR="00374583" w:rsidRDefault="00000000">
            <w:r>
              <w:rPr>
                <w:b/>
                <w:sz w:val="19"/>
              </w:rPr>
              <w:t>Planirana kategorija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0AB212" w14:textId="77777777" w:rsidR="00374583" w:rsidRDefault="00000000">
            <w:r>
              <w:rPr>
                <w:sz w:val="19"/>
              </w:rPr>
              <w:t>☐ 3★     ☐ 4★     ☐ 5★     ☐ nije primjenjivo</w:t>
            </w:r>
          </w:p>
        </w:tc>
      </w:tr>
      <w:tr w:rsidR="00374583" w14:paraId="511BDD2C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39B15B" w14:textId="77777777" w:rsidR="00374583" w:rsidRDefault="00000000">
            <w:r>
              <w:rPr>
                <w:b/>
                <w:sz w:val="19"/>
              </w:rPr>
              <w:t>Planirani posebni standard, kada je primjenjivo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5AEB2" w14:textId="77777777" w:rsidR="00374583" w:rsidRDefault="00374583"/>
        </w:tc>
      </w:tr>
      <w:tr w:rsidR="00374583" w14:paraId="0D8EB46B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00BA3A" w14:textId="77777777" w:rsidR="00374583" w:rsidRDefault="00000000">
            <w:r>
              <w:rPr>
                <w:b/>
                <w:sz w:val="19"/>
              </w:rPr>
              <w:t>Broj novih smještajnih jedinica / soba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F5035B" w14:textId="77777777" w:rsidR="00374583" w:rsidRDefault="00374583"/>
        </w:tc>
      </w:tr>
      <w:tr w:rsidR="00374583" w14:paraId="31BA30FC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C382D" w14:textId="77777777" w:rsidR="00374583" w:rsidRDefault="00000000">
            <w:r>
              <w:rPr>
                <w:b/>
                <w:sz w:val="19"/>
              </w:rPr>
              <w:t>Broj novih kreveta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F3DEE2" w14:textId="77777777" w:rsidR="00374583" w:rsidRDefault="00374583"/>
        </w:tc>
      </w:tr>
      <w:tr w:rsidR="00374583" w14:paraId="66FC5FA5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605D1" w14:textId="77777777" w:rsidR="00374583" w:rsidRDefault="00000000">
            <w:r>
              <w:rPr>
                <w:b/>
                <w:sz w:val="19"/>
              </w:rPr>
              <w:t>Ukupan broj smještajnih jedinica / soba nakon završetka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4A0DB3" w14:textId="77777777" w:rsidR="00374583" w:rsidRDefault="00374583"/>
        </w:tc>
      </w:tr>
      <w:tr w:rsidR="00374583" w14:paraId="54ECA841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E320D" w14:textId="77777777" w:rsidR="00374583" w:rsidRDefault="00000000">
            <w:r>
              <w:rPr>
                <w:b/>
                <w:sz w:val="19"/>
              </w:rPr>
              <w:t>Ukupan broj kreveta nakon završetka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031941" w14:textId="77777777" w:rsidR="00374583" w:rsidRDefault="00374583"/>
        </w:tc>
      </w:tr>
      <w:tr w:rsidR="00374583" w14:paraId="4071AE83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FFB70F" w14:textId="77777777" w:rsidR="00374583" w:rsidRDefault="00000000">
            <w:r>
              <w:rPr>
                <w:b/>
                <w:sz w:val="19"/>
              </w:rPr>
              <w:t>Planirani datum završetka projekta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E6E14" w14:textId="77777777" w:rsidR="00374583" w:rsidRDefault="00374583"/>
        </w:tc>
      </w:tr>
      <w:tr w:rsidR="00374583" w14:paraId="5EC816EC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0A8BC" w14:textId="77777777" w:rsidR="00374583" w:rsidRDefault="00000000">
            <w:r>
              <w:rPr>
                <w:b/>
                <w:sz w:val="19"/>
              </w:rPr>
              <w:t>Planirani datum registracije / kategorizacije i stavljanja objekta u funkciju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9629A3" w14:textId="77777777" w:rsidR="00374583" w:rsidRDefault="00374583"/>
        </w:tc>
      </w:tr>
    </w:tbl>
    <w:p w14:paraId="3D244B3A" w14:textId="77777777" w:rsidR="00374583" w:rsidRDefault="00374583"/>
    <w:p w14:paraId="3466D4B3" w14:textId="77777777" w:rsidR="009F3A08" w:rsidRDefault="00000000">
      <w:r>
        <w:t>Projekt će biti stavljen u funkciju u roku propisanom za predmetnu kategoriju Javnim pozivom:   ☐ DA</w:t>
      </w:r>
    </w:p>
    <w:p w14:paraId="67FAAEB1" w14:textId="77777777" w:rsidR="00374583" w:rsidRDefault="00000000">
      <w:pPr>
        <w:pStyle w:val="Naslov2"/>
      </w:pPr>
      <w:r>
        <w:t>4.1. DODATNI PODATAK ZA HOTEL POSEBNOG STANDARDA</w:t>
      </w:r>
    </w:p>
    <w:p w14:paraId="170CAA13" w14:textId="77777777" w:rsidR="00374583" w:rsidRDefault="00000000">
      <w:r>
        <w:t>Ako se prijava podnosi za Kategoriju II., označiti planirani posebni standard:</w:t>
      </w:r>
    </w:p>
    <w:p w14:paraId="5BE55259" w14:textId="77777777" w:rsidR="00374583" w:rsidRDefault="00000000">
      <w:r>
        <w:t>☐ Business   ☐ Meetings   ☐ Congress   ☐ Club   ☐ Family</w:t>
      </w:r>
      <w:r>
        <w:br/>
        <w:t>☐ Small &amp; Friendly   ☐ Senior Citizens   ☐ Health &amp; Fitness   ☐ Wellness   ☐ Bike</w:t>
      </w:r>
      <w:r>
        <w:br/>
        <w:t>☐ drugi propisani posebni standard: ______________________________________________</w:t>
      </w:r>
    </w:p>
    <w:p w14:paraId="07950A0F" w14:textId="77777777" w:rsidR="009F3A08" w:rsidRDefault="00000000">
      <w:pPr>
        <w:pStyle w:val="Naslov2"/>
      </w:pPr>
      <w:r>
        <w:t>4.2. DODATNI PODACI ZA DEPANDANSU</w:t>
      </w:r>
    </w:p>
    <w:p w14:paraId="7BAFA03C" w14:textId="77777777" w:rsidR="009F3A08" w:rsidRDefault="00000000">
      <w:r>
        <w:t>Ako se prijava podnosi za Kategoriju IV., navesti podatke o postojećem hotelu uz koji se depandansa uspostavlja:</w:t>
      </w:r>
    </w:p>
    <w:p w14:paraId="1BA3263E" w14:textId="77777777" w:rsidR="009F3A08" w:rsidRDefault="00000000">
      <w:r>
        <w:t>Naziv postojećeg hotela: _________________________________________________</w:t>
      </w:r>
      <w:r>
        <w:br/>
        <w:t>Adresa postojećeg hotela: _________________________________________________</w:t>
      </w:r>
      <w:r>
        <w:br/>
      </w:r>
      <w:r>
        <w:lastRenderedPageBreak/>
        <w:t>Nositelj postojećeg hotela: ________________________________________________</w:t>
      </w:r>
      <w:r>
        <w:br/>
        <w:t>Kategorija postojećeg hotela: ______________________________________________</w:t>
      </w:r>
      <w:r>
        <w:br/>
        <w:t>Planirana kategorija depandanse: ___________________________________________</w:t>
      </w:r>
      <w:r>
        <w:br/>
        <w:t>Je li prijavitelj ujedno nositelj postojećeg hotela?   ☐ DA   ☐ NE</w:t>
      </w:r>
      <w:r>
        <w:br/>
        <w:t>Ako NE, prijavi se prilaže:   ☐ predugovor   ☐ sporazum o suradnji   ☐ drugi obvezujući dokument: ______________________</w:t>
      </w:r>
    </w:p>
    <w:p w14:paraId="5CFEE985" w14:textId="77777777" w:rsidR="009F3A08" w:rsidRDefault="00000000">
      <w:pPr>
        <w:pStyle w:val="Naslov2"/>
      </w:pPr>
      <w:r>
        <w:t>4.3. DODATNI PODACI ZA INTEGRALNI HOTEL (UDRUŽENI)</w:t>
      </w:r>
    </w:p>
    <w:p w14:paraId="3A517AB8" w14:textId="77777777" w:rsidR="009F3A08" w:rsidRDefault="00000000">
      <w:r>
        <w:t>Ako se prijava podnosi za Kategoriju III., navesti:</w:t>
      </w:r>
    </w:p>
    <w:p w14:paraId="62DDB1CB" w14:textId="77777777" w:rsidR="009F3A08" w:rsidRDefault="00000000">
      <w:r>
        <w:t>Naziv / nositelj budućeg Integralnog hotela: ________________________________</w:t>
      </w:r>
      <w:r>
        <w:br/>
        <w:t>Broj građevina / lokacija obuhvaćenih projektom: _____________________________</w:t>
      </w:r>
      <w:r>
        <w:br/>
        <w:t>Dokument kojim se dokazuje namjera uključivanja:   ☐ predugovor   ☐ sporazum o suradnji   ☐ drugi obvezujući dokument: ______________________</w:t>
      </w:r>
    </w:p>
    <w:p w14:paraId="6DFAA77D" w14:textId="77777777" w:rsidR="00374583" w:rsidRDefault="00000000">
      <w:pPr>
        <w:pStyle w:val="Naslov1"/>
      </w:pPr>
      <w:r>
        <w:t>5. VRSTA ULAGANJA</w:t>
      </w:r>
    </w:p>
    <w:p w14:paraId="43F85215" w14:textId="77777777" w:rsidR="00374583" w:rsidRDefault="00000000">
      <w:r>
        <w:t>Označiti sve što je primjenjivo:</w:t>
      </w:r>
    </w:p>
    <w:p w14:paraId="2871CA38" w14:textId="77777777" w:rsidR="00374583" w:rsidRDefault="00000000">
      <w:r>
        <w:t>☐ revitalizacija postojeće građevine / prostora</w:t>
      </w:r>
    </w:p>
    <w:p w14:paraId="306790F9" w14:textId="77777777" w:rsidR="00374583" w:rsidRDefault="00000000">
      <w:r>
        <w:t>☐ rekonstrukcija</w:t>
      </w:r>
    </w:p>
    <w:p w14:paraId="10317701" w14:textId="77777777" w:rsidR="00374583" w:rsidRDefault="00000000">
      <w:r>
        <w:t>☐ adaptacija</w:t>
      </w:r>
    </w:p>
    <w:p w14:paraId="54AF0CF8" w14:textId="77777777" w:rsidR="00374583" w:rsidRDefault="00000000">
      <w:r>
        <w:t>☐ dogradnja postojeće građevine</w:t>
      </w:r>
    </w:p>
    <w:p w14:paraId="5A917B5B" w14:textId="77777777" w:rsidR="00374583" w:rsidRDefault="00000000">
      <w:r>
        <w:t>☐ prenamjena</w:t>
      </w:r>
    </w:p>
    <w:p w14:paraId="1A36362A" w14:textId="77777777" w:rsidR="00374583" w:rsidRDefault="00000000">
      <w:r>
        <w:t>☐ uređenje</w:t>
      </w:r>
    </w:p>
    <w:p w14:paraId="2CC8B683" w14:textId="77777777" w:rsidR="00374583" w:rsidRDefault="00000000">
      <w:r>
        <w:t>☐ opremanje novih smještajnih kapaciteta</w:t>
      </w:r>
    </w:p>
    <w:p w14:paraId="2B0E7D7B" w14:textId="77777777" w:rsidR="00374583" w:rsidRDefault="00000000">
      <w:r>
        <w:t>☐ uređenje / opremanje zajedničkih i pratećih prostora</w:t>
      </w:r>
    </w:p>
    <w:p w14:paraId="65F0B2DF" w14:textId="77777777" w:rsidR="00374583" w:rsidRDefault="00000000">
      <w:r>
        <w:t>☐ drugo neposredno povezano ulaganje: ____________________________________________</w:t>
      </w:r>
    </w:p>
    <w:p w14:paraId="5E0AF106" w14:textId="77777777" w:rsidR="00374583" w:rsidRDefault="00000000">
      <w:r>
        <w:rPr>
          <w:b/>
        </w:rPr>
        <w:t>Projekt ne uključuje izgradnju zasebne nove građevine:  ☐ DA</w:t>
      </w:r>
    </w:p>
    <w:p w14:paraId="64CD4F1D" w14:textId="77777777" w:rsidR="00374583" w:rsidRDefault="00000000">
      <w:pPr>
        <w:pStyle w:val="Naslov1"/>
      </w:pPr>
      <w:r>
        <w:t>6. VRIJEDNOST PROJEKTA I TRAŽENA POTPORA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374583" w14:paraId="45D36A60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106DE" w14:textId="77777777" w:rsidR="00374583" w:rsidRDefault="00000000">
            <w:r>
              <w:rPr>
                <w:b/>
                <w:sz w:val="19"/>
              </w:rPr>
              <w:t>Ukupna vrijednost projekta (EUR)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14BBD" w14:textId="77777777" w:rsidR="00374583" w:rsidRDefault="00374583"/>
        </w:tc>
      </w:tr>
      <w:tr w:rsidR="00374583" w14:paraId="4851A20F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4C11C" w14:textId="77777777" w:rsidR="00374583" w:rsidRDefault="00000000">
            <w:r>
              <w:rPr>
                <w:b/>
                <w:sz w:val="19"/>
              </w:rPr>
              <w:t>Ukupni prihvatljivi troškovi projekta (EUR)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14003" w14:textId="77777777" w:rsidR="00374583" w:rsidRDefault="00374583"/>
        </w:tc>
      </w:tr>
      <w:tr w:rsidR="00374583" w14:paraId="565FAF51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C2F3BC" w14:textId="77777777" w:rsidR="00374583" w:rsidRDefault="00000000">
            <w:r>
              <w:rPr>
                <w:b/>
                <w:sz w:val="19"/>
              </w:rPr>
              <w:t>Vlastita i druga nejavna sredstva (EUR)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0D6EC8" w14:textId="77777777" w:rsidR="00374583" w:rsidRDefault="00374583"/>
        </w:tc>
      </w:tr>
      <w:tr w:rsidR="00374583" w14:paraId="3B3319F4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D5AD43" w14:textId="77777777" w:rsidR="00374583" w:rsidRDefault="00000000">
            <w:r>
              <w:rPr>
                <w:b/>
                <w:sz w:val="19"/>
              </w:rPr>
              <w:t>Drugi javni izvori financiranja, ako postoje (EUR)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64C054" w14:textId="77777777" w:rsidR="00374583" w:rsidRDefault="00374583"/>
        </w:tc>
      </w:tr>
      <w:tr w:rsidR="00374583" w14:paraId="40D398C0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76B66" w14:textId="77777777" w:rsidR="00374583" w:rsidRDefault="00000000">
            <w:r>
              <w:rPr>
                <w:b/>
                <w:sz w:val="19"/>
              </w:rPr>
              <w:t>Iznos potpore koji se traži (EUR)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600604" w14:textId="77777777" w:rsidR="00374583" w:rsidRDefault="00374583"/>
        </w:tc>
      </w:tr>
      <w:tr w:rsidR="00374583" w14:paraId="6D2742F2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97DAAA" w14:textId="77777777" w:rsidR="00374583" w:rsidRDefault="00000000">
            <w:r>
              <w:rPr>
                <w:b/>
                <w:sz w:val="19"/>
              </w:rPr>
              <w:t>Udio tražene potpore u prihvatljivim troškovima (%)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AC683A" w14:textId="77777777" w:rsidR="00374583" w:rsidRDefault="00374583"/>
        </w:tc>
      </w:tr>
    </w:tbl>
    <w:p w14:paraId="164041DE" w14:textId="77777777" w:rsidR="00374583" w:rsidRDefault="00000000">
      <w:r>
        <w:rPr>
          <w:b/>
        </w:rPr>
        <w:lastRenderedPageBreak/>
        <w:t xml:space="preserve">Napomena: </w:t>
      </w:r>
      <w:r>
        <w:t xml:space="preserve">Traženi iznos potpore ne može biti veći od najvišeg iznosa propisanog za odgovarajuću kategoriju odnosno razred projekta niti od 50 % </w:t>
      </w:r>
      <w:proofErr w:type="spellStart"/>
      <w:r>
        <w:t>ukupnih</w:t>
      </w:r>
      <w:proofErr w:type="spellEnd"/>
      <w:r>
        <w:t xml:space="preserve"> </w:t>
      </w:r>
      <w:proofErr w:type="spellStart"/>
      <w:r>
        <w:t>prihvatljivih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>.</w:t>
      </w:r>
    </w:p>
    <w:p w14:paraId="41A1D1C0" w14:textId="00720136" w:rsidR="00D01AEA" w:rsidRDefault="00AE593F">
      <w:proofErr w:type="spellStart"/>
      <w:r>
        <w:rPr>
          <w:b/>
        </w:rPr>
        <w:t>Napomena</w:t>
      </w:r>
      <w:proofErr w:type="spellEnd"/>
      <w:r>
        <w:rPr>
          <w:b/>
        </w:rPr>
        <w:t xml:space="preserve">: </w:t>
      </w:r>
      <w:proofErr w:type="spellStart"/>
      <w:r w:rsidR="00D01AEA" w:rsidRPr="00D01AEA">
        <w:t>Iznos</w:t>
      </w:r>
      <w:proofErr w:type="spellEnd"/>
      <w:r w:rsidR="00D01AEA" w:rsidRPr="00D01AEA">
        <w:t xml:space="preserve"> </w:t>
      </w:r>
      <w:proofErr w:type="spellStart"/>
      <w:r w:rsidR="00D01AEA" w:rsidRPr="00D01AEA">
        <w:t>potpore</w:t>
      </w:r>
      <w:proofErr w:type="spellEnd"/>
      <w:r w:rsidR="00D01AEA" w:rsidRPr="00D01AEA">
        <w:t xml:space="preserve"> </w:t>
      </w:r>
      <w:proofErr w:type="spellStart"/>
      <w:r w:rsidR="00D01AEA" w:rsidRPr="00D01AEA">
        <w:t>odobren</w:t>
      </w:r>
      <w:proofErr w:type="spellEnd"/>
      <w:r w:rsidR="00D01AEA" w:rsidRPr="00D01AEA">
        <w:t xml:space="preserve"> </w:t>
      </w:r>
      <w:proofErr w:type="spellStart"/>
      <w:r w:rsidR="00D01AEA" w:rsidRPr="00D01AEA">
        <w:t>Odlukom</w:t>
      </w:r>
      <w:proofErr w:type="spellEnd"/>
      <w:r w:rsidR="00D01AEA" w:rsidRPr="00D01AEA">
        <w:t xml:space="preserve"> </w:t>
      </w:r>
      <w:proofErr w:type="spellStart"/>
      <w:r w:rsidR="00D01AEA" w:rsidRPr="00D01AEA">
        <w:t>predstavlja</w:t>
      </w:r>
      <w:proofErr w:type="spellEnd"/>
      <w:r w:rsidR="00D01AEA" w:rsidRPr="00D01AEA">
        <w:t xml:space="preserve"> </w:t>
      </w:r>
      <w:proofErr w:type="spellStart"/>
      <w:r w:rsidR="00D01AEA" w:rsidRPr="00D01AEA">
        <w:t>najviši</w:t>
      </w:r>
      <w:proofErr w:type="spellEnd"/>
      <w:r w:rsidR="00D01AEA" w:rsidRPr="00D01AEA">
        <w:t xml:space="preserve"> </w:t>
      </w:r>
      <w:proofErr w:type="spellStart"/>
      <w:r w:rsidR="00D01AEA" w:rsidRPr="00D01AEA">
        <w:t>mogući</w:t>
      </w:r>
      <w:proofErr w:type="spellEnd"/>
      <w:r w:rsidR="00D01AEA" w:rsidRPr="00D01AEA">
        <w:t xml:space="preserve"> </w:t>
      </w:r>
      <w:proofErr w:type="spellStart"/>
      <w:r w:rsidR="00D01AEA" w:rsidRPr="00D01AEA">
        <w:t>iznos</w:t>
      </w:r>
      <w:proofErr w:type="spellEnd"/>
      <w:r w:rsidR="00D01AEA" w:rsidRPr="00D01AEA">
        <w:t xml:space="preserve"> </w:t>
      </w:r>
      <w:proofErr w:type="spellStart"/>
      <w:r w:rsidR="00D01AEA" w:rsidRPr="00D01AEA">
        <w:t>potpore</w:t>
      </w:r>
      <w:proofErr w:type="spellEnd"/>
      <w:r w:rsidR="00D01AEA" w:rsidRPr="00D01AEA">
        <w:t xml:space="preserve">. </w:t>
      </w:r>
      <w:proofErr w:type="spellStart"/>
      <w:r w:rsidR="00D01AEA" w:rsidRPr="00D01AEA">
        <w:t>Konačno</w:t>
      </w:r>
      <w:proofErr w:type="spellEnd"/>
      <w:r w:rsidR="00D01AEA" w:rsidRPr="00D01AEA">
        <w:t xml:space="preserve"> </w:t>
      </w:r>
      <w:proofErr w:type="spellStart"/>
      <w:r w:rsidR="00D01AEA" w:rsidRPr="00D01AEA">
        <w:t>pravo</w:t>
      </w:r>
      <w:proofErr w:type="spellEnd"/>
      <w:r w:rsidR="00D01AEA" w:rsidRPr="00D01AEA">
        <w:t xml:space="preserve"> </w:t>
      </w:r>
      <w:proofErr w:type="spellStart"/>
      <w:r w:rsidR="00D01AEA" w:rsidRPr="00D01AEA">
        <w:t>na</w:t>
      </w:r>
      <w:proofErr w:type="spellEnd"/>
      <w:r w:rsidR="00D01AEA" w:rsidRPr="00D01AEA">
        <w:t xml:space="preserve"> </w:t>
      </w:r>
      <w:proofErr w:type="spellStart"/>
      <w:r w:rsidR="00D01AEA" w:rsidRPr="00D01AEA">
        <w:t>potporu</w:t>
      </w:r>
      <w:proofErr w:type="spellEnd"/>
      <w:r w:rsidR="00D01AEA" w:rsidRPr="00D01AEA">
        <w:t xml:space="preserve"> </w:t>
      </w:r>
      <w:proofErr w:type="spellStart"/>
      <w:r w:rsidR="00D01AEA" w:rsidRPr="00D01AEA">
        <w:t>i</w:t>
      </w:r>
      <w:proofErr w:type="spellEnd"/>
      <w:r w:rsidR="00D01AEA" w:rsidRPr="00D01AEA">
        <w:t xml:space="preserve"> </w:t>
      </w:r>
      <w:proofErr w:type="spellStart"/>
      <w:r w:rsidR="00D01AEA" w:rsidRPr="00D01AEA">
        <w:t>konačni</w:t>
      </w:r>
      <w:proofErr w:type="spellEnd"/>
      <w:r w:rsidR="00D01AEA" w:rsidRPr="00D01AEA">
        <w:t xml:space="preserve"> </w:t>
      </w:r>
      <w:proofErr w:type="spellStart"/>
      <w:r w:rsidR="00D01AEA" w:rsidRPr="00D01AEA">
        <w:t>iznos</w:t>
      </w:r>
      <w:proofErr w:type="spellEnd"/>
      <w:r w:rsidR="00D01AEA" w:rsidRPr="00D01AEA">
        <w:t xml:space="preserve"> za </w:t>
      </w:r>
      <w:proofErr w:type="spellStart"/>
      <w:r w:rsidR="00D01AEA" w:rsidRPr="00D01AEA">
        <w:t>isplatu</w:t>
      </w:r>
      <w:proofErr w:type="spellEnd"/>
      <w:r w:rsidR="00D01AEA" w:rsidRPr="00D01AEA">
        <w:t xml:space="preserve"> </w:t>
      </w:r>
      <w:proofErr w:type="spellStart"/>
      <w:r w:rsidR="00D01AEA" w:rsidRPr="00D01AEA">
        <w:t>utvrđuju</w:t>
      </w:r>
      <w:proofErr w:type="spellEnd"/>
      <w:r w:rsidR="00D01AEA" w:rsidRPr="00D01AEA">
        <w:t xml:space="preserve"> se </w:t>
      </w:r>
      <w:proofErr w:type="spellStart"/>
      <w:r w:rsidR="00D01AEA" w:rsidRPr="00D01AEA">
        <w:t>nakon</w:t>
      </w:r>
      <w:proofErr w:type="spellEnd"/>
      <w:r w:rsidR="00D01AEA" w:rsidRPr="00D01AEA">
        <w:t xml:space="preserve"> </w:t>
      </w:r>
      <w:proofErr w:type="spellStart"/>
      <w:r w:rsidR="00D01AEA" w:rsidRPr="00D01AEA">
        <w:t>završetka</w:t>
      </w:r>
      <w:proofErr w:type="spellEnd"/>
      <w:r w:rsidR="00D01AEA" w:rsidRPr="00D01AEA">
        <w:t xml:space="preserve"> </w:t>
      </w:r>
      <w:proofErr w:type="spellStart"/>
      <w:r w:rsidR="00D01AEA" w:rsidRPr="00D01AEA">
        <w:t>projekta</w:t>
      </w:r>
      <w:proofErr w:type="spellEnd"/>
      <w:r w:rsidR="00D01AEA" w:rsidRPr="00D01AEA">
        <w:t xml:space="preserve">, </w:t>
      </w:r>
      <w:proofErr w:type="spellStart"/>
      <w:r w:rsidR="00D01AEA" w:rsidRPr="00D01AEA">
        <w:t>dostave</w:t>
      </w:r>
      <w:proofErr w:type="spellEnd"/>
      <w:r w:rsidR="00D01AEA" w:rsidRPr="00D01AEA">
        <w:t xml:space="preserve"> </w:t>
      </w:r>
      <w:proofErr w:type="spellStart"/>
      <w:r w:rsidR="00D01AEA" w:rsidRPr="00D01AEA">
        <w:t>i</w:t>
      </w:r>
      <w:proofErr w:type="spellEnd"/>
      <w:r w:rsidR="00D01AEA" w:rsidRPr="00D01AEA">
        <w:t xml:space="preserve"> </w:t>
      </w:r>
      <w:proofErr w:type="spellStart"/>
      <w:r w:rsidR="00D01AEA" w:rsidRPr="00D01AEA">
        <w:t>prihvaćanja</w:t>
      </w:r>
      <w:proofErr w:type="spellEnd"/>
      <w:r w:rsidR="00D01AEA" w:rsidRPr="00D01AEA">
        <w:t xml:space="preserve"> </w:t>
      </w:r>
      <w:proofErr w:type="spellStart"/>
      <w:r w:rsidR="00D01AEA" w:rsidRPr="00D01AEA">
        <w:t>završnog</w:t>
      </w:r>
      <w:proofErr w:type="spellEnd"/>
      <w:r w:rsidR="00D01AEA" w:rsidRPr="00D01AEA">
        <w:t xml:space="preserve"> </w:t>
      </w:r>
      <w:proofErr w:type="spellStart"/>
      <w:r w:rsidR="00D01AEA" w:rsidRPr="00D01AEA">
        <w:t>izvješća</w:t>
      </w:r>
      <w:proofErr w:type="spellEnd"/>
      <w:r w:rsidR="00D01AEA" w:rsidRPr="00D01AEA">
        <w:t xml:space="preserve"> </w:t>
      </w:r>
      <w:proofErr w:type="spellStart"/>
      <w:r w:rsidR="00D01AEA" w:rsidRPr="00D01AEA">
        <w:t>te</w:t>
      </w:r>
      <w:proofErr w:type="spellEnd"/>
      <w:r w:rsidR="00D01AEA" w:rsidRPr="00D01AEA">
        <w:t xml:space="preserve"> </w:t>
      </w:r>
      <w:proofErr w:type="spellStart"/>
      <w:r w:rsidR="00D01AEA" w:rsidRPr="00D01AEA">
        <w:t>provjere</w:t>
      </w:r>
      <w:proofErr w:type="spellEnd"/>
      <w:r w:rsidR="00D01AEA" w:rsidRPr="00D01AEA">
        <w:t xml:space="preserve"> </w:t>
      </w:r>
      <w:proofErr w:type="spellStart"/>
      <w:r w:rsidR="00D01AEA" w:rsidRPr="00D01AEA">
        <w:t>stvarno</w:t>
      </w:r>
      <w:proofErr w:type="spellEnd"/>
      <w:r w:rsidR="00D01AEA" w:rsidRPr="00D01AEA">
        <w:t xml:space="preserve"> </w:t>
      </w:r>
      <w:proofErr w:type="spellStart"/>
      <w:r w:rsidR="00D01AEA" w:rsidRPr="00D01AEA">
        <w:t>ostvarenih</w:t>
      </w:r>
      <w:proofErr w:type="spellEnd"/>
      <w:r w:rsidR="00D01AEA" w:rsidRPr="00D01AEA">
        <w:t xml:space="preserve"> </w:t>
      </w:r>
      <w:proofErr w:type="spellStart"/>
      <w:r w:rsidR="00D01AEA" w:rsidRPr="00D01AEA">
        <w:t>rezultata</w:t>
      </w:r>
      <w:proofErr w:type="spellEnd"/>
      <w:r w:rsidR="00D01AEA" w:rsidRPr="00D01AEA">
        <w:t xml:space="preserve"> </w:t>
      </w:r>
      <w:proofErr w:type="spellStart"/>
      <w:r w:rsidR="00D01AEA" w:rsidRPr="00D01AEA">
        <w:t>i</w:t>
      </w:r>
      <w:proofErr w:type="spellEnd"/>
      <w:r w:rsidR="00D01AEA" w:rsidRPr="00D01AEA">
        <w:t xml:space="preserve"> </w:t>
      </w:r>
      <w:proofErr w:type="spellStart"/>
      <w:r w:rsidR="00D01AEA" w:rsidRPr="00D01AEA">
        <w:t>stvarno</w:t>
      </w:r>
      <w:proofErr w:type="spellEnd"/>
      <w:r w:rsidR="00D01AEA" w:rsidRPr="00D01AEA">
        <w:t xml:space="preserve"> </w:t>
      </w:r>
      <w:proofErr w:type="spellStart"/>
      <w:r w:rsidR="00D01AEA" w:rsidRPr="00D01AEA">
        <w:t>nastalih</w:t>
      </w:r>
      <w:proofErr w:type="spellEnd"/>
      <w:r w:rsidR="00D01AEA" w:rsidRPr="00D01AEA">
        <w:t xml:space="preserve">, </w:t>
      </w:r>
      <w:proofErr w:type="spellStart"/>
      <w:r w:rsidR="00D01AEA" w:rsidRPr="00D01AEA">
        <w:t>plaćenih</w:t>
      </w:r>
      <w:proofErr w:type="spellEnd"/>
      <w:r w:rsidR="00D01AEA" w:rsidRPr="00D01AEA">
        <w:t xml:space="preserve"> </w:t>
      </w:r>
      <w:proofErr w:type="spellStart"/>
      <w:r w:rsidR="00D01AEA" w:rsidRPr="00D01AEA">
        <w:t>i</w:t>
      </w:r>
      <w:proofErr w:type="spellEnd"/>
      <w:r w:rsidR="00D01AEA" w:rsidRPr="00D01AEA">
        <w:t xml:space="preserve"> </w:t>
      </w:r>
      <w:proofErr w:type="spellStart"/>
      <w:r w:rsidR="00D01AEA" w:rsidRPr="00D01AEA">
        <w:t>dokazanih</w:t>
      </w:r>
      <w:proofErr w:type="spellEnd"/>
      <w:r w:rsidR="00D01AEA" w:rsidRPr="00D01AEA">
        <w:t xml:space="preserve"> </w:t>
      </w:r>
      <w:proofErr w:type="spellStart"/>
      <w:r w:rsidR="00D01AEA" w:rsidRPr="00D01AEA">
        <w:t>prihvatljivih</w:t>
      </w:r>
      <w:proofErr w:type="spellEnd"/>
      <w:r w:rsidR="00D01AEA" w:rsidRPr="00D01AEA">
        <w:t xml:space="preserve"> </w:t>
      </w:r>
      <w:proofErr w:type="spellStart"/>
      <w:r w:rsidR="00D01AEA" w:rsidRPr="00D01AEA">
        <w:t>troškova</w:t>
      </w:r>
      <w:proofErr w:type="spellEnd"/>
      <w:r w:rsidR="00D01AEA" w:rsidRPr="00D01AEA">
        <w:t xml:space="preserve">, </w:t>
      </w:r>
      <w:proofErr w:type="spellStart"/>
      <w:r w:rsidR="00D01AEA" w:rsidRPr="00D01AEA">
        <w:t>sukladno</w:t>
      </w:r>
      <w:proofErr w:type="spellEnd"/>
      <w:r w:rsidR="00D01AEA" w:rsidRPr="00D01AEA">
        <w:t xml:space="preserve"> </w:t>
      </w:r>
      <w:proofErr w:type="spellStart"/>
      <w:r w:rsidR="00D01AEA" w:rsidRPr="00D01AEA">
        <w:t>Javnom</w:t>
      </w:r>
      <w:proofErr w:type="spellEnd"/>
      <w:r w:rsidR="00D01AEA" w:rsidRPr="00D01AEA">
        <w:t xml:space="preserve"> </w:t>
      </w:r>
      <w:proofErr w:type="spellStart"/>
      <w:r w:rsidR="00D01AEA" w:rsidRPr="00D01AEA">
        <w:t>pozivu</w:t>
      </w:r>
      <w:proofErr w:type="spellEnd"/>
      <w:r w:rsidR="00D01AEA" w:rsidRPr="00D01AEA">
        <w:t>.</w:t>
      </w:r>
    </w:p>
    <w:p w14:paraId="3A2B902E" w14:textId="77777777" w:rsidR="009F3A08" w:rsidRDefault="00000000">
      <w:r>
        <w:rPr>
          <w:b/>
        </w:rPr>
        <w:t>Napomena: Prijave se razmatraju sukcesivno, prema redoslijedu zaprimanja potpunih prijava, do iskorištenja raspoloživih sredstava, a najkasnije do 31. prosinca 2026. godine.</w:t>
      </w:r>
    </w:p>
    <w:p w14:paraId="344706D5" w14:textId="77777777" w:rsidR="00374583" w:rsidRDefault="00000000">
      <w:pPr>
        <w:pStyle w:val="Naslov1"/>
      </w:pPr>
      <w:r>
        <w:t>7. PODACI POTREBNI ZA BODOVANJE</w:t>
      </w:r>
    </w:p>
    <w:tbl>
      <w:tblPr>
        <w:tblStyle w:val="Reetkatablice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669"/>
      </w:tblGrid>
      <w:tr w:rsidR="00374583" w14:paraId="25716779" w14:textId="77777777">
        <w:trPr>
          <w:jc w:val="center"/>
        </w:trPr>
        <w:tc>
          <w:tcPr>
            <w:tcW w:w="3969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DDF638" w14:textId="77777777" w:rsidR="00374583" w:rsidRDefault="00000000">
            <w:r>
              <w:rPr>
                <w:b/>
                <w:sz w:val="19"/>
              </w:rPr>
              <w:t>Udio vlastitog odnosno drugog nejavnog financiranja (%)</w:t>
            </w:r>
          </w:p>
        </w:tc>
        <w:tc>
          <w:tcPr>
            <w:tcW w:w="5669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3B77D8" w14:textId="77777777" w:rsidR="00374583" w:rsidRDefault="00374583"/>
        </w:tc>
      </w:tr>
    </w:tbl>
    <w:p w14:paraId="0A9B43CF" w14:textId="77777777" w:rsidR="00374583" w:rsidRDefault="00374583"/>
    <w:p w14:paraId="01850E2E" w14:textId="77777777" w:rsidR="00374583" w:rsidRDefault="00000000">
      <w:r>
        <w:t>Opseg revitalizacije postojeće građevine / prostora:</w:t>
      </w:r>
    </w:p>
    <w:p w14:paraId="687DB41B" w14:textId="77777777" w:rsidR="00374583" w:rsidRDefault="00000000">
      <w:r>
        <w:t>☐ djelomična prenamjena, rekonstrukcija ili dogradnja postojeće građevine / prostora</w:t>
      </w:r>
    </w:p>
    <w:p w14:paraId="39734EE5" w14:textId="77777777" w:rsidR="00374583" w:rsidRDefault="00000000">
      <w:r>
        <w:t>☐ pretežita prenamjena odnosno revitalizacija postojeće građevine / prostora</w:t>
      </w:r>
    </w:p>
    <w:p w14:paraId="17A67964" w14:textId="77777777" w:rsidR="00374583" w:rsidRDefault="00000000">
      <w:r>
        <w:t>☐ cjelovita revitalizacija prethodno nekorištene ili pretežito neiskorištene građevine / prostora</w:t>
      </w:r>
    </w:p>
    <w:p w14:paraId="688BAEC4" w14:textId="77777777" w:rsidR="00374583" w:rsidRDefault="00000000">
      <w:r>
        <w:t>Planirana kvalitativna razina objekta:</w:t>
      </w:r>
    </w:p>
    <w:p w14:paraId="51BC934F" w14:textId="77777777" w:rsidR="00374583" w:rsidRDefault="00000000">
      <w:r>
        <w:t>☐ 3★ / osnovna propisana razina</w:t>
      </w:r>
    </w:p>
    <w:p w14:paraId="4A6C0C13" w14:textId="77777777" w:rsidR="00374583" w:rsidRDefault="00000000">
      <w:r>
        <w:t>☐ 4★ / dokazivo viša razina</w:t>
      </w:r>
    </w:p>
    <w:p w14:paraId="2E180E98" w14:textId="77777777" w:rsidR="00374583" w:rsidRDefault="00000000">
      <w:r>
        <w:t>☐ 5★ / najviša odnosno posebna kvalitativna razina</w:t>
      </w:r>
    </w:p>
    <w:p w14:paraId="6BF4A0F4" w14:textId="77777777" w:rsidR="00374583" w:rsidRDefault="00000000">
      <w:r>
        <w:t>☐ nije primjenjiva kategorizacija zvjezdicama</w:t>
      </w:r>
    </w:p>
    <w:p w14:paraId="22CF9246" w14:textId="77777777" w:rsidR="009F3A08" w:rsidRDefault="00000000">
      <w:r>
        <w:t>Poseban standard, kada je primjenjivo: ______________________________________________</w:t>
      </w:r>
    </w:p>
    <w:p w14:paraId="102B54FC" w14:textId="77777777" w:rsidR="00374583" w:rsidRDefault="00000000">
      <w:pPr>
        <w:pStyle w:val="Naslov1"/>
      </w:pPr>
      <w:r>
        <w:t>8. IZJAVA PRIJAVITELJA</w:t>
      </w:r>
    </w:p>
    <w:p w14:paraId="6967FAF2" w14:textId="77777777" w:rsidR="00374583" w:rsidRDefault="00000000">
      <w:r>
        <w:t>Potpisom ovog Zahtjeva prijavitelj potvrđuje:</w:t>
      </w:r>
    </w:p>
    <w:p w14:paraId="551306FB" w14:textId="77777777" w:rsidR="00374583" w:rsidRDefault="00000000">
      <w:pPr>
        <w:ind w:left="283"/>
      </w:pPr>
      <w:r>
        <w:t>• da su svi podaci navedeni u Zahtjevu i priloženoj dokumentaciji istiniti i potpuni;</w:t>
      </w:r>
    </w:p>
    <w:p w14:paraId="55FFA8B1" w14:textId="77777777" w:rsidR="00374583" w:rsidRDefault="00000000">
      <w:pPr>
        <w:ind w:left="283"/>
      </w:pPr>
      <w:r>
        <w:t>• da je upoznat sa svim uvjetima Javnog poziva i da ih prihvaća;</w:t>
      </w:r>
    </w:p>
    <w:p w14:paraId="4BF78284" w14:textId="77777777" w:rsidR="00374583" w:rsidRDefault="00000000">
      <w:pPr>
        <w:ind w:left="283"/>
      </w:pPr>
      <w:r>
        <w:t>• da projekt namjerava realizirati u skladu s prijavom, Javnim pozivom i, u slučaju odobravanja potpore, Ugovorom o dodjeli bespovratne potpore;</w:t>
      </w:r>
    </w:p>
    <w:p w14:paraId="7156D139" w14:textId="77777777" w:rsidR="00374583" w:rsidRDefault="00000000">
      <w:pPr>
        <w:ind w:left="283"/>
      </w:pPr>
      <w:r>
        <w:t>• da će novi smještajni kapacitet po završetku projekta biti registriran i stavljen u funkciju turističkog smještaja;</w:t>
      </w:r>
    </w:p>
    <w:p w14:paraId="2AA57EA8" w14:textId="77777777" w:rsidR="00374583" w:rsidRDefault="00000000">
      <w:pPr>
        <w:ind w:left="283"/>
      </w:pPr>
      <w:r>
        <w:t>• da prihvaća mogućnost provjere podataka i dokumentacije te kontrole projekta sukladno Javnom pozivu.</w:t>
      </w:r>
    </w:p>
    <w:p w14:paraId="29F8ABC1" w14:textId="77777777" w:rsidR="009F3A08" w:rsidRDefault="00000000">
      <w:pPr>
        <w:ind w:left="283"/>
      </w:pPr>
      <w:r>
        <w:t>• da je upoznat s činjenicom da se sredstva dodjeljuju sukcesivno, prema redoslijedu zaprimanja potpunih prijava, do iskorištenja raspoloživih sredstava;</w:t>
      </w:r>
    </w:p>
    <w:p w14:paraId="79AB9AC6" w14:textId="27E50A46" w:rsidR="00D01AEA" w:rsidRDefault="00D01AEA" w:rsidP="00D01AEA">
      <w:pPr>
        <w:ind w:left="284"/>
      </w:pPr>
      <w:r>
        <w:lastRenderedPageBreak/>
        <w:t xml:space="preserve">• </w:t>
      </w:r>
      <w:r w:rsidRPr="00D01AEA">
        <w:t xml:space="preserve">da je </w:t>
      </w:r>
      <w:proofErr w:type="spellStart"/>
      <w:r w:rsidRPr="00D01AEA">
        <w:t>upoznat</w:t>
      </w:r>
      <w:proofErr w:type="spellEnd"/>
      <w:r w:rsidRPr="00D01AEA">
        <w:t xml:space="preserve">/a s </w:t>
      </w:r>
      <w:proofErr w:type="spellStart"/>
      <w:r w:rsidRPr="00D01AEA">
        <w:t>činjenicom</w:t>
      </w:r>
      <w:proofErr w:type="spellEnd"/>
      <w:r w:rsidRPr="00D01AEA">
        <w:t xml:space="preserve"> da se </w:t>
      </w:r>
      <w:proofErr w:type="spellStart"/>
      <w:r w:rsidRPr="00D01AEA">
        <w:t>bespovratna</w:t>
      </w:r>
      <w:proofErr w:type="spellEnd"/>
      <w:r w:rsidRPr="00D01AEA">
        <w:t xml:space="preserve"> </w:t>
      </w:r>
      <w:proofErr w:type="spellStart"/>
      <w:r w:rsidRPr="00D01AEA">
        <w:t>potpora</w:t>
      </w:r>
      <w:proofErr w:type="spellEnd"/>
      <w:r w:rsidRPr="00D01AEA">
        <w:t xml:space="preserve"> </w:t>
      </w:r>
      <w:proofErr w:type="spellStart"/>
      <w:r w:rsidRPr="00D01AEA">
        <w:t>isplaćuje</w:t>
      </w:r>
      <w:proofErr w:type="spellEnd"/>
      <w:r w:rsidRPr="00D01AEA">
        <w:t xml:space="preserve"> </w:t>
      </w:r>
      <w:proofErr w:type="spellStart"/>
      <w:r w:rsidRPr="00D01AEA">
        <w:t>jednokratno</w:t>
      </w:r>
      <w:proofErr w:type="spellEnd"/>
      <w:r w:rsidRPr="00D01AEA">
        <w:t xml:space="preserve"> </w:t>
      </w:r>
      <w:proofErr w:type="spellStart"/>
      <w:r w:rsidRPr="00D01AEA">
        <w:t>nakon</w:t>
      </w:r>
      <w:proofErr w:type="spellEnd"/>
      <w:r w:rsidRPr="00D01AEA">
        <w:t xml:space="preserve"> </w:t>
      </w:r>
      <w:proofErr w:type="spellStart"/>
      <w:r w:rsidRPr="00D01AEA">
        <w:t>završetka</w:t>
      </w:r>
      <w:proofErr w:type="spellEnd"/>
      <w:r w:rsidRPr="00D01AEA">
        <w:t xml:space="preserve"> </w:t>
      </w:r>
      <w:proofErr w:type="spellStart"/>
      <w:r w:rsidRPr="00D01AEA">
        <w:t>projekta</w:t>
      </w:r>
      <w:proofErr w:type="spellEnd"/>
      <w:r w:rsidRPr="00D01AEA">
        <w:t xml:space="preserve">, </w:t>
      </w:r>
      <w:proofErr w:type="spellStart"/>
      <w:r w:rsidRPr="00D01AEA">
        <w:t>dostave</w:t>
      </w:r>
      <w:proofErr w:type="spellEnd"/>
      <w:r w:rsidRPr="00D01AEA">
        <w:t xml:space="preserve"> </w:t>
      </w:r>
      <w:proofErr w:type="spellStart"/>
      <w:r w:rsidRPr="00D01AEA">
        <w:t>i</w:t>
      </w:r>
      <w:proofErr w:type="spellEnd"/>
      <w:r w:rsidRPr="00D01AEA">
        <w:t xml:space="preserve"> </w:t>
      </w:r>
      <w:proofErr w:type="spellStart"/>
      <w:r w:rsidRPr="00D01AEA">
        <w:t>prihvaćanja</w:t>
      </w:r>
      <w:proofErr w:type="spellEnd"/>
      <w:r w:rsidRPr="00D01AEA">
        <w:t xml:space="preserve"> </w:t>
      </w:r>
      <w:proofErr w:type="spellStart"/>
      <w:r w:rsidRPr="00D01AEA">
        <w:t>završnog</w:t>
      </w:r>
      <w:proofErr w:type="spellEnd"/>
      <w:r w:rsidRPr="00D01AEA">
        <w:t xml:space="preserve"> </w:t>
      </w:r>
      <w:proofErr w:type="spellStart"/>
      <w:r w:rsidRPr="00D01AEA">
        <w:t>izvješća</w:t>
      </w:r>
      <w:proofErr w:type="spellEnd"/>
      <w:r w:rsidRPr="00D01AEA">
        <w:t xml:space="preserve">, </w:t>
      </w:r>
      <w:proofErr w:type="spellStart"/>
      <w:r w:rsidRPr="00D01AEA">
        <w:t>utvrđivanja</w:t>
      </w:r>
      <w:proofErr w:type="spellEnd"/>
      <w:r w:rsidRPr="00D01AEA">
        <w:t xml:space="preserve"> </w:t>
      </w:r>
      <w:proofErr w:type="spellStart"/>
      <w:r w:rsidRPr="00D01AEA">
        <w:t>konačnog</w:t>
      </w:r>
      <w:proofErr w:type="spellEnd"/>
      <w:r w:rsidRPr="00D01AEA">
        <w:t xml:space="preserve"> </w:t>
      </w:r>
      <w:proofErr w:type="spellStart"/>
      <w:r w:rsidRPr="00D01AEA">
        <w:t>iznosa</w:t>
      </w:r>
      <w:proofErr w:type="spellEnd"/>
      <w:r w:rsidRPr="00D01AEA">
        <w:t xml:space="preserve"> </w:t>
      </w:r>
      <w:proofErr w:type="spellStart"/>
      <w:r w:rsidRPr="00D01AEA">
        <w:t>potpore</w:t>
      </w:r>
      <w:proofErr w:type="spellEnd"/>
      <w:r w:rsidRPr="00D01AEA">
        <w:t xml:space="preserve"> </w:t>
      </w:r>
      <w:proofErr w:type="spellStart"/>
      <w:r w:rsidRPr="00D01AEA">
        <w:t>i</w:t>
      </w:r>
      <w:proofErr w:type="spellEnd"/>
      <w:r w:rsidRPr="00D01AEA">
        <w:t xml:space="preserve"> </w:t>
      </w:r>
      <w:proofErr w:type="spellStart"/>
      <w:r w:rsidRPr="00D01AEA">
        <w:t>ispunjavanja</w:t>
      </w:r>
      <w:proofErr w:type="spellEnd"/>
      <w:r w:rsidRPr="00D01AEA">
        <w:t xml:space="preserve"> </w:t>
      </w:r>
      <w:proofErr w:type="spellStart"/>
      <w:r w:rsidRPr="00D01AEA">
        <w:t>ostalih</w:t>
      </w:r>
      <w:proofErr w:type="spellEnd"/>
      <w:r w:rsidRPr="00D01AEA">
        <w:t xml:space="preserve"> </w:t>
      </w:r>
      <w:proofErr w:type="spellStart"/>
      <w:r w:rsidRPr="00D01AEA">
        <w:t>uvjeta</w:t>
      </w:r>
      <w:proofErr w:type="spellEnd"/>
      <w:r w:rsidRPr="00D01AEA">
        <w:t xml:space="preserve"> </w:t>
      </w:r>
      <w:proofErr w:type="spellStart"/>
      <w:r w:rsidRPr="00D01AEA">
        <w:t>Javnog</w:t>
      </w:r>
      <w:proofErr w:type="spellEnd"/>
      <w:r w:rsidRPr="00D01AEA">
        <w:t xml:space="preserve"> </w:t>
      </w:r>
      <w:proofErr w:type="spellStart"/>
      <w:r w:rsidRPr="00D01AEA">
        <w:t>poziva</w:t>
      </w:r>
      <w:proofErr w:type="spellEnd"/>
      <w:r w:rsidRPr="00D01AEA">
        <w:t>;</w:t>
      </w:r>
    </w:p>
    <w:p w14:paraId="46DD9D07" w14:textId="49C1289A" w:rsidR="00D01AEA" w:rsidRDefault="00D01AEA" w:rsidP="00D01AEA">
      <w:pPr>
        <w:ind w:left="284"/>
      </w:pPr>
      <w:r>
        <w:t xml:space="preserve">• </w:t>
      </w:r>
      <w:r w:rsidRPr="00D01AEA">
        <w:t xml:space="preserve">da je </w:t>
      </w:r>
      <w:proofErr w:type="spellStart"/>
      <w:r w:rsidRPr="00D01AEA">
        <w:t>upoznat</w:t>
      </w:r>
      <w:proofErr w:type="spellEnd"/>
      <w:r w:rsidRPr="00D01AEA">
        <w:t xml:space="preserve">/a s </w:t>
      </w:r>
      <w:proofErr w:type="spellStart"/>
      <w:r w:rsidRPr="00D01AEA">
        <w:t>obvezom</w:t>
      </w:r>
      <w:proofErr w:type="spellEnd"/>
      <w:r w:rsidRPr="00D01AEA">
        <w:t xml:space="preserve"> </w:t>
      </w:r>
      <w:proofErr w:type="spellStart"/>
      <w:r w:rsidRPr="00D01AEA">
        <w:t>dostave</w:t>
      </w:r>
      <w:proofErr w:type="spellEnd"/>
      <w:r w:rsidRPr="00D01AEA">
        <w:t xml:space="preserve"> </w:t>
      </w:r>
      <w:proofErr w:type="spellStart"/>
      <w:r w:rsidRPr="00D01AEA">
        <w:t>bjanko</w:t>
      </w:r>
      <w:proofErr w:type="spellEnd"/>
      <w:r w:rsidRPr="00D01AEA">
        <w:t xml:space="preserve"> </w:t>
      </w:r>
      <w:proofErr w:type="spellStart"/>
      <w:r w:rsidRPr="00D01AEA">
        <w:t>zadužnice</w:t>
      </w:r>
      <w:proofErr w:type="spellEnd"/>
      <w:r w:rsidRPr="00D01AEA">
        <w:t xml:space="preserve"> </w:t>
      </w:r>
      <w:proofErr w:type="spellStart"/>
      <w:r w:rsidRPr="00D01AEA">
        <w:t>ovjerene</w:t>
      </w:r>
      <w:proofErr w:type="spellEnd"/>
      <w:r w:rsidRPr="00D01AEA">
        <w:t xml:space="preserve"> </w:t>
      </w:r>
      <w:proofErr w:type="spellStart"/>
      <w:r w:rsidRPr="00D01AEA">
        <w:t>kod</w:t>
      </w:r>
      <w:proofErr w:type="spellEnd"/>
      <w:r w:rsidRPr="00D01AEA">
        <w:t xml:space="preserve"> </w:t>
      </w:r>
      <w:proofErr w:type="spellStart"/>
      <w:r w:rsidRPr="00D01AEA">
        <w:t>javnog</w:t>
      </w:r>
      <w:proofErr w:type="spellEnd"/>
      <w:r w:rsidRPr="00D01AEA">
        <w:t xml:space="preserve"> </w:t>
      </w:r>
      <w:proofErr w:type="spellStart"/>
      <w:r w:rsidRPr="00D01AEA">
        <w:t>bilježnika</w:t>
      </w:r>
      <w:proofErr w:type="spellEnd"/>
      <w:r w:rsidRPr="00D01AEA">
        <w:t xml:space="preserve"> </w:t>
      </w:r>
      <w:proofErr w:type="spellStart"/>
      <w:r w:rsidRPr="00D01AEA">
        <w:t>prije</w:t>
      </w:r>
      <w:proofErr w:type="spellEnd"/>
      <w:r w:rsidRPr="00D01AEA">
        <w:t xml:space="preserve"> </w:t>
      </w:r>
      <w:proofErr w:type="spellStart"/>
      <w:r w:rsidRPr="00D01AEA">
        <w:t>isplate</w:t>
      </w:r>
      <w:proofErr w:type="spellEnd"/>
      <w:r w:rsidRPr="00D01AEA">
        <w:t xml:space="preserve"> </w:t>
      </w:r>
      <w:proofErr w:type="spellStart"/>
      <w:r w:rsidRPr="00D01AEA">
        <w:t>konačno</w:t>
      </w:r>
      <w:proofErr w:type="spellEnd"/>
      <w:r w:rsidRPr="00D01AEA">
        <w:t xml:space="preserve"> </w:t>
      </w:r>
      <w:proofErr w:type="spellStart"/>
      <w:r w:rsidRPr="00D01AEA">
        <w:t>utvrđenog</w:t>
      </w:r>
      <w:proofErr w:type="spellEnd"/>
      <w:r w:rsidRPr="00D01AEA">
        <w:t xml:space="preserve"> </w:t>
      </w:r>
      <w:proofErr w:type="spellStart"/>
      <w:r w:rsidRPr="00D01AEA">
        <w:t>iznosa</w:t>
      </w:r>
      <w:proofErr w:type="spellEnd"/>
      <w:r w:rsidRPr="00D01AEA">
        <w:t xml:space="preserve"> </w:t>
      </w:r>
      <w:proofErr w:type="spellStart"/>
      <w:r w:rsidRPr="00D01AEA">
        <w:t>potpore</w:t>
      </w:r>
      <w:proofErr w:type="spellEnd"/>
      <w:r w:rsidRPr="00D01AEA">
        <w:t xml:space="preserve">, </w:t>
      </w:r>
      <w:proofErr w:type="spellStart"/>
      <w:r w:rsidRPr="00D01AEA">
        <w:t>kao</w:t>
      </w:r>
      <w:proofErr w:type="spellEnd"/>
      <w:r w:rsidRPr="00D01AEA">
        <w:t xml:space="preserve"> </w:t>
      </w:r>
      <w:proofErr w:type="spellStart"/>
      <w:r w:rsidRPr="00D01AEA">
        <w:t>instrumenta</w:t>
      </w:r>
      <w:proofErr w:type="spellEnd"/>
      <w:r w:rsidRPr="00D01AEA">
        <w:t xml:space="preserve"> </w:t>
      </w:r>
      <w:proofErr w:type="spellStart"/>
      <w:r w:rsidRPr="00D01AEA">
        <w:t>osiguranja</w:t>
      </w:r>
      <w:proofErr w:type="spellEnd"/>
      <w:r w:rsidRPr="00D01AEA">
        <w:t xml:space="preserve"> </w:t>
      </w:r>
      <w:proofErr w:type="spellStart"/>
      <w:r w:rsidRPr="00D01AEA">
        <w:t>obveza</w:t>
      </w:r>
      <w:proofErr w:type="spellEnd"/>
      <w:r w:rsidRPr="00D01AEA">
        <w:t xml:space="preserve"> </w:t>
      </w:r>
      <w:proofErr w:type="spellStart"/>
      <w:r w:rsidRPr="00D01AEA">
        <w:t>tijekom</w:t>
      </w:r>
      <w:proofErr w:type="spellEnd"/>
      <w:r w:rsidRPr="00D01AEA">
        <w:t xml:space="preserve"> </w:t>
      </w:r>
      <w:proofErr w:type="spellStart"/>
      <w:r w:rsidRPr="00D01AEA">
        <w:t>petogodišnjeg</w:t>
      </w:r>
      <w:proofErr w:type="spellEnd"/>
      <w:r w:rsidRPr="00D01AEA">
        <w:t xml:space="preserve"> </w:t>
      </w:r>
      <w:proofErr w:type="spellStart"/>
      <w:r w:rsidRPr="00D01AEA">
        <w:t>razdoblja</w:t>
      </w:r>
      <w:proofErr w:type="spellEnd"/>
      <w:r w:rsidRPr="00D01AEA">
        <w:t xml:space="preserve"> </w:t>
      </w:r>
      <w:proofErr w:type="spellStart"/>
      <w:r w:rsidRPr="00D01AEA">
        <w:t>zadržavanja</w:t>
      </w:r>
      <w:proofErr w:type="spellEnd"/>
      <w:r w:rsidRPr="00D01AEA">
        <w:t xml:space="preserve"> </w:t>
      </w:r>
      <w:proofErr w:type="spellStart"/>
      <w:r w:rsidRPr="00D01AEA">
        <w:t>sufinanciranog</w:t>
      </w:r>
      <w:proofErr w:type="spellEnd"/>
      <w:r w:rsidRPr="00D01AEA">
        <w:t xml:space="preserve"> </w:t>
      </w:r>
      <w:proofErr w:type="spellStart"/>
      <w:r w:rsidRPr="00D01AEA">
        <w:t>smještajnog</w:t>
      </w:r>
      <w:proofErr w:type="spellEnd"/>
      <w:r w:rsidRPr="00D01AEA">
        <w:t xml:space="preserve"> </w:t>
      </w:r>
      <w:proofErr w:type="spellStart"/>
      <w:r w:rsidRPr="00D01AEA">
        <w:t>kapaciteta</w:t>
      </w:r>
      <w:proofErr w:type="spellEnd"/>
      <w:r w:rsidRPr="00D01AEA">
        <w:t xml:space="preserve"> </w:t>
      </w:r>
      <w:proofErr w:type="spellStart"/>
      <w:r w:rsidRPr="00D01AEA">
        <w:t>i</w:t>
      </w:r>
      <w:proofErr w:type="spellEnd"/>
      <w:r w:rsidRPr="00D01AEA">
        <w:t xml:space="preserve"> </w:t>
      </w:r>
      <w:proofErr w:type="spellStart"/>
      <w:r w:rsidRPr="00D01AEA">
        <w:t>turističke</w:t>
      </w:r>
      <w:proofErr w:type="spellEnd"/>
      <w:r w:rsidRPr="00D01AEA">
        <w:t xml:space="preserve"> </w:t>
      </w:r>
      <w:proofErr w:type="spellStart"/>
      <w:r w:rsidRPr="00D01AEA">
        <w:t>namjene</w:t>
      </w:r>
      <w:proofErr w:type="spellEnd"/>
      <w:r w:rsidRPr="00D01AEA">
        <w:t>;</w:t>
      </w:r>
    </w:p>
    <w:p w14:paraId="740389D4" w14:textId="77777777" w:rsidR="00D01AEA" w:rsidRDefault="00D01AEA" w:rsidP="00D01AEA">
      <w:pPr>
        <w:ind w:left="283"/>
      </w:pPr>
      <w:r>
        <w:t xml:space="preserve">• </w:t>
      </w:r>
      <w:r w:rsidRPr="00D01AEA">
        <w:t xml:space="preserve">da </w:t>
      </w:r>
      <w:proofErr w:type="spellStart"/>
      <w:r w:rsidRPr="00D01AEA">
        <w:t>će</w:t>
      </w:r>
      <w:proofErr w:type="spellEnd"/>
      <w:r w:rsidRPr="00D01AEA">
        <w:t xml:space="preserve">, u </w:t>
      </w:r>
      <w:proofErr w:type="spellStart"/>
      <w:r w:rsidRPr="00D01AEA">
        <w:t>slučaju</w:t>
      </w:r>
      <w:proofErr w:type="spellEnd"/>
      <w:r w:rsidRPr="00D01AEA">
        <w:t xml:space="preserve"> </w:t>
      </w:r>
      <w:proofErr w:type="spellStart"/>
      <w:r w:rsidRPr="00D01AEA">
        <w:t>isplate</w:t>
      </w:r>
      <w:proofErr w:type="spellEnd"/>
      <w:r w:rsidRPr="00D01AEA">
        <w:t xml:space="preserve"> </w:t>
      </w:r>
      <w:proofErr w:type="spellStart"/>
      <w:r w:rsidRPr="00D01AEA">
        <w:t>potpore</w:t>
      </w:r>
      <w:proofErr w:type="spellEnd"/>
      <w:r w:rsidRPr="00D01AEA">
        <w:t xml:space="preserve">, </w:t>
      </w:r>
      <w:proofErr w:type="spellStart"/>
      <w:r w:rsidRPr="00D01AEA">
        <w:t>sufinancirani</w:t>
      </w:r>
      <w:proofErr w:type="spellEnd"/>
      <w:r w:rsidRPr="00D01AEA">
        <w:t xml:space="preserve"> </w:t>
      </w:r>
      <w:proofErr w:type="spellStart"/>
      <w:r w:rsidRPr="00D01AEA">
        <w:t>smještajni</w:t>
      </w:r>
      <w:proofErr w:type="spellEnd"/>
      <w:r w:rsidRPr="00D01AEA">
        <w:t xml:space="preserve"> </w:t>
      </w:r>
      <w:proofErr w:type="spellStart"/>
      <w:r w:rsidRPr="00D01AEA">
        <w:t>kapacitet</w:t>
      </w:r>
      <w:proofErr w:type="spellEnd"/>
      <w:r w:rsidRPr="00D01AEA">
        <w:t xml:space="preserve">, </w:t>
      </w:r>
      <w:proofErr w:type="spellStart"/>
      <w:r w:rsidRPr="00D01AEA">
        <w:t>njegovu</w:t>
      </w:r>
      <w:proofErr w:type="spellEnd"/>
      <w:r w:rsidRPr="00D01AEA">
        <w:t xml:space="preserve"> </w:t>
      </w:r>
      <w:proofErr w:type="spellStart"/>
      <w:r w:rsidRPr="00D01AEA">
        <w:t>turističku</w:t>
      </w:r>
      <w:proofErr w:type="spellEnd"/>
      <w:r w:rsidRPr="00D01AEA">
        <w:t xml:space="preserve"> </w:t>
      </w:r>
      <w:proofErr w:type="spellStart"/>
      <w:r w:rsidRPr="00D01AEA">
        <w:t>namjenu</w:t>
      </w:r>
      <w:proofErr w:type="spellEnd"/>
      <w:r w:rsidRPr="00D01AEA">
        <w:t xml:space="preserve">, </w:t>
      </w:r>
      <w:proofErr w:type="spellStart"/>
      <w:r w:rsidRPr="00D01AEA">
        <w:t>broj</w:t>
      </w:r>
      <w:proofErr w:type="spellEnd"/>
      <w:r w:rsidRPr="00D01AEA">
        <w:t xml:space="preserve"> </w:t>
      </w:r>
      <w:proofErr w:type="spellStart"/>
      <w:r w:rsidRPr="00D01AEA">
        <w:t>novih</w:t>
      </w:r>
      <w:proofErr w:type="spellEnd"/>
      <w:r w:rsidRPr="00D01AEA">
        <w:t xml:space="preserve"> </w:t>
      </w:r>
      <w:proofErr w:type="spellStart"/>
      <w:r w:rsidRPr="00D01AEA">
        <w:t>smještajnih</w:t>
      </w:r>
      <w:proofErr w:type="spellEnd"/>
      <w:r w:rsidRPr="00D01AEA">
        <w:t xml:space="preserve"> </w:t>
      </w:r>
      <w:proofErr w:type="spellStart"/>
      <w:r w:rsidRPr="00D01AEA">
        <w:t>jedinica</w:t>
      </w:r>
      <w:proofErr w:type="spellEnd"/>
      <w:r w:rsidRPr="00D01AEA">
        <w:t xml:space="preserve">/soba </w:t>
      </w:r>
      <w:proofErr w:type="spellStart"/>
      <w:r w:rsidRPr="00D01AEA">
        <w:t>odnosno</w:t>
      </w:r>
      <w:proofErr w:type="spellEnd"/>
      <w:r w:rsidRPr="00D01AEA">
        <w:t xml:space="preserve"> </w:t>
      </w:r>
      <w:proofErr w:type="spellStart"/>
      <w:r w:rsidRPr="00D01AEA">
        <w:t>kreveta</w:t>
      </w:r>
      <w:proofErr w:type="spellEnd"/>
      <w:r w:rsidRPr="00D01AEA">
        <w:t xml:space="preserve">, </w:t>
      </w:r>
      <w:proofErr w:type="spellStart"/>
      <w:r w:rsidRPr="00D01AEA">
        <w:t>vrstu</w:t>
      </w:r>
      <w:proofErr w:type="spellEnd"/>
      <w:r w:rsidRPr="00D01AEA">
        <w:t xml:space="preserve"> </w:t>
      </w:r>
      <w:proofErr w:type="spellStart"/>
      <w:r w:rsidRPr="00D01AEA">
        <w:t>objekta</w:t>
      </w:r>
      <w:proofErr w:type="spellEnd"/>
      <w:r w:rsidRPr="00D01AEA">
        <w:t xml:space="preserve">, </w:t>
      </w:r>
      <w:proofErr w:type="spellStart"/>
      <w:r w:rsidRPr="00D01AEA">
        <w:t>kategoriju</w:t>
      </w:r>
      <w:proofErr w:type="spellEnd"/>
      <w:r w:rsidRPr="00D01AEA">
        <w:t xml:space="preserve"> </w:t>
      </w:r>
      <w:proofErr w:type="spellStart"/>
      <w:r w:rsidRPr="00D01AEA">
        <w:t>i</w:t>
      </w:r>
      <w:proofErr w:type="spellEnd"/>
      <w:r w:rsidRPr="00D01AEA">
        <w:t>/</w:t>
      </w:r>
      <w:proofErr w:type="spellStart"/>
      <w:r w:rsidRPr="00D01AEA">
        <w:t>ili</w:t>
      </w:r>
      <w:proofErr w:type="spellEnd"/>
      <w:r w:rsidRPr="00D01AEA">
        <w:t xml:space="preserve"> </w:t>
      </w:r>
      <w:proofErr w:type="spellStart"/>
      <w:r w:rsidRPr="00D01AEA">
        <w:t>poseban</w:t>
      </w:r>
      <w:proofErr w:type="spellEnd"/>
      <w:r w:rsidRPr="00D01AEA">
        <w:t xml:space="preserve"> standard </w:t>
      </w:r>
      <w:proofErr w:type="spellStart"/>
      <w:r w:rsidRPr="00D01AEA">
        <w:t>na</w:t>
      </w:r>
      <w:proofErr w:type="spellEnd"/>
      <w:r w:rsidRPr="00D01AEA">
        <w:t xml:space="preserve"> </w:t>
      </w:r>
      <w:proofErr w:type="spellStart"/>
      <w:r w:rsidRPr="00D01AEA">
        <w:t>temelju</w:t>
      </w:r>
      <w:proofErr w:type="spellEnd"/>
      <w:r w:rsidRPr="00D01AEA">
        <w:t xml:space="preserve"> </w:t>
      </w:r>
      <w:proofErr w:type="spellStart"/>
      <w:r w:rsidRPr="00D01AEA">
        <w:t>kojih</w:t>
      </w:r>
      <w:proofErr w:type="spellEnd"/>
      <w:r w:rsidRPr="00D01AEA">
        <w:t xml:space="preserve"> mu je </w:t>
      </w:r>
      <w:proofErr w:type="spellStart"/>
      <w:r w:rsidRPr="00D01AEA">
        <w:t>utvrđeno</w:t>
      </w:r>
      <w:proofErr w:type="spellEnd"/>
      <w:r w:rsidRPr="00D01AEA">
        <w:t xml:space="preserve"> </w:t>
      </w:r>
      <w:proofErr w:type="spellStart"/>
      <w:r w:rsidRPr="00D01AEA">
        <w:t>konačno</w:t>
      </w:r>
      <w:proofErr w:type="spellEnd"/>
      <w:r w:rsidRPr="00D01AEA">
        <w:t xml:space="preserve"> </w:t>
      </w:r>
      <w:proofErr w:type="spellStart"/>
      <w:r w:rsidRPr="00D01AEA">
        <w:t>pravo</w:t>
      </w:r>
      <w:proofErr w:type="spellEnd"/>
      <w:r w:rsidRPr="00D01AEA">
        <w:t xml:space="preserve"> </w:t>
      </w:r>
      <w:proofErr w:type="spellStart"/>
      <w:r w:rsidRPr="00D01AEA">
        <w:t>na</w:t>
      </w:r>
      <w:proofErr w:type="spellEnd"/>
      <w:r w:rsidRPr="00D01AEA">
        <w:t xml:space="preserve"> </w:t>
      </w:r>
      <w:proofErr w:type="spellStart"/>
      <w:r w:rsidRPr="00D01AEA">
        <w:t>potporu</w:t>
      </w:r>
      <w:proofErr w:type="spellEnd"/>
      <w:r w:rsidRPr="00D01AEA">
        <w:t xml:space="preserve"> </w:t>
      </w:r>
      <w:proofErr w:type="spellStart"/>
      <w:r w:rsidRPr="00D01AEA">
        <w:t>zadržati</w:t>
      </w:r>
      <w:proofErr w:type="spellEnd"/>
      <w:r w:rsidRPr="00D01AEA">
        <w:t xml:space="preserve"> </w:t>
      </w:r>
      <w:proofErr w:type="spellStart"/>
      <w:r w:rsidRPr="00D01AEA">
        <w:t>najmanje</w:t>
      </w:r>
      <w:proofErr w:type="spellEnd"/>
      <w:r w:rsidRPr="00D01AEA">
        <w:t xml:space="preserve"> pet (5) </w:t>
      </w:r>
      <w:proofErr w:type="spellStart"/>
      <w:r w:rsidRPr="00D01AEA">
        <w:t>godina</w:t>
      </w:r>
      <w:proofErr w:type="spellEnd"/>
      <w:r w:rsidRPr="00D01AEA">
        <w:t xml:space="preserve"> od dana </w:t>
      </w:r>
      <w:proofErr w:type="spellStart"/>
      <w:r w:rsidRPr="00D01AEA">
        <w:t>prihvaćanja</w:t>
      </w:r>
      <w:proofErr w:type="spellEnd"/>
      <w:r w:rsidRPr="00D01AEA">
        <w:t xml:space="preserve"> </w:t>
      </w:r>
      <w:proofErr w:type="spellStart"/>
      <w:r w:rsidRPr="00D01AEA">
        <w:t>završnog</w:t>
      </w:r>
      <w:proofErr w:type="spellEnd"/>
      <w:r w:rsidRPr="00D01AEA">
        <w:t xml:space="preserve"> </w:t>
      </w:r>
      <w:proofErr w:type="spellStart"/>
      <w:r w:rsidRPr="00D01AEA">
        <w:t>izvješća</w:t>
      </w:r>
      <w:proofErr w:type="spellEnd"/>
      <w:r w:rsidRPr="00D01AEA">
        <w:t xml:space="preserve">, </w:t>
      </w:r>
      <w:proofErr w:type="spellStart"/>
      <w:r w:rsidRPr="00D01AEA">
        <w:t>sukladno</w:t>
      </w:r>
      <w:proofErr w:type="spellEnd"/>
      <w:r w:rsidRPr="00D01AEA">
        <w:t xml:space="preserve"> </w:t>
      </w:r>
      <w:proofErr w:type="spellStart"/>
      <w:r w:rsidRPr="00D01AEA">
        <w:t>uvjetima</w:t>
      </w:r>
      <w:proofErr w:type="spellEnd"/>
      <w:r w:rsidRPr="00D01AEA">
        <w:t xml:space="preserve"> </w:t>
      </w:r>
      <w:proofErr w:type="spellStart"/>
      <w:r w:rsidRPr="00D01AEA">
        <w:t>Javnog</w:t>
      </w:r>
      <w:proofErr w:type="spellEnd"/>
      <w:r w:rsidRPr="00D01AEA">
        <w:t xml:space="preserve"> </w:t>
      </w:r>
      <w:proofErr w:type="spellStart"/>
      <w:r w:rsidRPr="00D01AEA">
        <w:t>poziva</w:t>
      </w:r>
      <w:proofErr w:type="spellEnd"/>
      <w:r w:rsidRPr="00D01AEA">
        <w:t xml:space="preserve"> </w:t>
      </w:r>
      <w:proofErr w:type="spellStart"/>
      <w:r w:rsidRPr="00D01AEA">
        <w:t>i</w:t>
      </w:r>
      <w:proofErr w:type="spellEnd"/>
      <w:r w:rsidRPr="00D01AEA">
        <w:t xml:space="preserve"> </w:t>
      </w:r>
      <w:proofErr w:type="spellStart"/>
      <w:r w:rsidRPr="00D01AEA">
        <w:t>Ugovora</w:t>
      </w:r>
      <w:proofErr w:type="spellEnd"/>
      <w:r w:rsidRPr="00D01AEA">
        <w:t xml:space="preserve"> o </w:t>
      </w:r>
      <w:proofErr w:type="spellStart"/>
      <w:r w:rsidRPr="00D01AEA">
        <w:t>dodjeli</w:t>
      </w:r>
      <w:proofErr w:type="spellEnd"/>
      <w:r w:rsidRPr="00D01AEA">
        <w:t xml:space="preserve"> </w:t>
      </w:r>
      <w:proofErr w:type="spellStart"/>
      <w:r w:rsidRPr="00D01AEA">
        <w:t>bespovratne</w:t>
      </w:r>
      <w:proofErr w:type="spellEnd"/>
      <w:r w:rsidRPr="00D01AEA">
        <w:t xml:space="preserve"> </w:t>
      </w:r>
      <w:proofErr w:type="spellStart"/>
      <w:r w:rsidRPr="00D01AEA">
        <w:t>potpore</w:t>
      </w:r>
      <w:proofErr w:type="spellEnd"/>
      <w:r w:rsidRPr="00D01AEA">
        <w:t>.</w:t>
      </w:r>
    </w:p>
    <w:p w14:paraId="493C374A" w14:textId="77777777" w:rsidR="00374583" w:rsidRDefault="00374583"/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374583" w14:paraId="4D27DECE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21FA56" w14:textId="77777777" w:rsidR="00374583" w:rsidRDefault="00000000">
            <w:r>
              <w:rPr>
                <w:b/>
              </w:rPr>
              <w:t>Mjesto i datum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8D70AA" w14:textId="77777777" w:rsidR="00374583" w:rsidRDefault="00374583"/>
        </w:tc>
      </w:tr>
      <w:tr w:rsidR="00374583" w14:paraId="6C39CE3E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B75C2" w14:textId="77777777" w:rsidR="00374583" w:rsidRDefault="00000000">
            <w:r>
              <w:rPr>
                <w:b/>
              </w:rPr>
              <w:t>Ime i prezime odgovorne osobe / prijavitelja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014827" w14:textId="77777777" w:rsidR="00374583" w:rsidRDefault="00374583"/>
        </w:tc>
      </w:tr>
      <w:tr w:rsidR="00374583" w14:paraId="677BBDAD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AA04B5" w14:textId="77777777" w:rsidR="00374583" w:rsidRDefault="00000000">
            <w:r>
              <w:rPr>
                <w:b/>
              </w:rPr>
              <w:t>Potpis i M.P. (ako je primjenjivo)</w:t>
            </w:r>
          </w:p>
        </w:tc>
        <w:tc>
          <w:tcPr>
            <w:tcW w:w="51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8341B0" w14:textId="77777777" w:rsidR="00374583" w:rsidRDefault="00374583"/>
        </w:tc>
      </w:tr>
    </w:tbl>
    <w:p w14:paraId="112878CB" w14:textId="77777777" w:rsidR="00F77F0E" w:rsidRDefault="00F77F0E"/>
    <w:sectPr w:rsidR="00F77F0E" w:rsidSect="00A046F0">
      <w:headerReference w:type="default" r:id="rId8"/>
      <w:headerReference w:type="first" r:id="rId9"/>
      <w:pgSz w:w="12240" w:h="15840"/>
      <w:pgMar w:top="964" w:right="1020" w:bottom="964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25DD" w14:textId="77777777" w:rsidR="00270B66" w:rsidRDefault="00270B66" w:rsidP="00A046F0">
      <w:pPr>
        <w:spacing w:after="0" w:line="240" w:lineRule="auto"/>
      </w:pPr>
      <w:r>
        <w:separator/>
      </w:r>
    </w:p>
  </w:endnote>
  <w:endnote w:type="continuationSeparator" w:id="0">
    <w:p w14:paraId="0619C04A" w14:textId="77777777" w:rsidR="00270B66" w:rsidRDefault="00270B66" w:rsidP="00A04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9A69" w14:textId="77777777" w:rsidR="00270B66" w:rsidRDefault="00270B66" w:rsidP="00A046F0">
      <w:pPr>
        <w:spacing w:after="0" w:line="240" w:lineRule="auto"/>
      </w:pPr>
      <w:r>
        <w:separator/>
      </w:r>
    </w:p>
  </w:footnote>
  <w:footnote w:type="continuationSeparator" w:id="0">
    <w:p w14:paraId="6C6C95B4" w14:textId="77777777" w:rsidR="00270B66" w:rsidRDefault="00270B66" w:rsidP="00A04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1EC9" w14:textId="77777777" w:rsidR="00A046F0" w:rsidRDefault="00A046F0" w:rsidP="00A046F0">
    <w:pPr>
      <w:pStyle w:val="Zaglavlj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28773" w14:textId="77777777" w:rsidR="00A046F0" w:rsidRDefault="00A046F0" w:rsidP="00A046F0">
    <w:pPr>
      <w:pStyle w:val="Zaglavlje"/>
      <w:jc w:val="center"/>
    </w:pPr>
    <w:r w:rsidRPr="00AF4D97">
      <w:rPr>
        <w:noProof/>
      </w:rPr>
      <w:drawing>
        <wp:inline distT="0" distB="0" distL="0" distR="0" wp14:anchorId="43E0C48E" wp14:editId="20E14DC9">
          <wp:extent cx="777240" cy="952500"/>
          <wp:effectExtent l="0" t="0" r="3810" b="0"/>
          <wp:docPr id="339715655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7E71D575" wp14:editId="7016E79B">
          <wp:extent cx="1242060" cy="1043940"/>
          <wp:effectExtent l="0" t="0" r="0" b="3810"/>
          <wp:docPr id="1802047125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22758C"/>
    <w:multiLevelType w:val="hybridMultilevel"/>
    <w:tmpl w:val="99806BB8"/>
    <w:lvl w:ilvl="0" w:tplc="041A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31730121">
    <w:abstractNumId w:val="8"/>
  </w:num>
  <w:num w:numId="2" w16cid:durableId="1425148920">
    <w:abstractNumId w:val="6"/>
  </w:num>
  <w:num w:numId="3" w16cid:durableId="847983346">
    <w:abstractNumId w:val="5"/>
  </w:num>
  <w:num w:numId="4" w16cid:durableId="206912965">
    <w:abstractNumId w:val="4"/>
  </w:num>
  <w:num w:numId="5" w16cid:durableId="863446178">
    <w:abstractNumId w:val="7"/>
  </w:num>
  <w:num w:numId="6" w16cid:durableId="1252204520">
    <w:abstractNumId w:val="3"/>
  </w:num>
  <w:num w:numId="7" w16cid:durableId="19207986">
    <w:abstractNumId w:val="2"/>
  </w:num>
  <w:num w:numId="8" w16cid:durableId="415706732">
    <w:abstractNumId w:val="1"/>
  </w:num>
  <w:num w:numId="9" w16cid:durableId="1573075839">
    <w:abstractNumId w:val="0"/>
  </w:num>
  <w:num w:numId="10" w16cid:durableId="16557212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0B66"/>
    <w:rsid w:val="0029639D"/>
    <w:rsid w:val="00326F90"/>
    <w:rsid w:val="003524EC"/>
    <w:rsid w:val="00374583"/>
    <w:rsid w:val="0086701B"/>
    <w:rsid w:val="008A0549"/>
    <w:rsid w:val="009F3A08"/>
    <w:rsid w:val="00A046F0"/>
    <w:rsid w:val="00AA1D8D"/>
    <w:rsid w:val="00AE593F"/>
    <w:rsid w:val="00B47730"/>
    <w:rsid w:val="00CB0664"/>
    <w:rsid w:val="00D01AEA"/>
    <w:rsid w:val="00E04A83"/>
    <w:rsid w:val="00F213E2"/>
    <w:rsid w:val="00F77F0E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6F7FF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3</cp:revision>
  <dcterms:created xsi:type="dcterms:W3CDTF">2026-08-31T19:03:00Z</dcterms:created>
  <dcterms:modified xsi:type="dcterms:W3CDTF">2026-09-01T07:43:00Z</dcterms:modified>
  <cp:category/>
</cp:coreProperties>
</file>